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OpenRouter Top Models by Task 数据汇总</w:t>
      </w:r>
    </w:p>
    <w:p>
      <w:r>
        <w:rPr>
          <w:sz w:val="20"/>
        </w:rPr>
        <w:t>数据来源：https://openrouter.ai/rankings#task-spend</w:t>
        <w:br/>
        <w:t>抓取时间：2026-10-10</w:t>
        <w:br/>
        <w:t>统计窗口：最近 30 天</w:t>
        <w:br/>
        <w:t>指标维度：spend（按支出占比）</w:t>
      </w:r>
    </w:p>
    <w:p>
      <w:r>
        <w:rPr>
          <w:i/>
          <w:sz w:val="20"/>
        </w:rPr>
        <w:t>页面说明："Tasks are inferred by a classifier on a representative sample of prompts. Percentages show share of sample-corrected spend; deltas compare to the prior window."</w:t>
      </w:r>
    </w:p>
    <w:p>
      <w:pPr>
        <w:pStyle w:val="Heading1"/>
      </w:pPr>
      <w:r>
        <w:t>宏分类（Macro Categories）汇总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669"/>
        <w:gridCol w:w="3402"/>
      </w:tblGrid>
      <w:tr>
        <w:tc>
          <w:tcPr>
            <w:tcW w:type="dxa" w:w="4986"/>
          </w:tcPr>
          <w:p>
            <w:r>
              <w:t>Macro Category</w:t>
            </w:r>
          </w:p>
        </w:tc>
        <w:tc>
          <w:tcPr>
            <w:tcW w:type="dxa" w:w="4986"/>
          </w:tcPr>
          <w:p>
            <w:r>
              <w:t>Spend Share</w:t>
            </w:r>
          </w:p>
        </w:tc>
      </w:tr>
      <w:tr>
        <w:tc>
          <w:tcPr>
            <w:tcW w:type="dxa" w:w="4986"/>
          </w:tcPr>
          <w:p>
            <w:r>
              <w:t>Code (code)</w:t>
            </w:r>
          </w:p>
        </w:tc>
        <w:tc>
          <w:tcPr>
            <w:tcW w:type="dxa" w:w="4986"/>
          </w:tcPr>
          <w:p>
            <w:r>
              <w:t>27.88%</w:t>
            </w:r>
          </w:p>
        </w:tc>
      </w:tr>
      <w:tr>
        <w:tc>
          <w:tcPr>
            <w:tcW w:type="dxa" w:w="4986"/>
          </w:tcPr>
          <w:p>
            <w:r>
              <w:t>Data (data)</w:t>
            </w:r>
          </w:p>
        </w:tc>
        <w:tc>
          <w:tcPr>
            <w:tcW w:type="dxa" w:w="4986"/>
          </w:tcPr>
          <w:p>
            <w:r>
              <w:t>9.96%</w:t>
            </w:r>
          </w:p>
        </w:tc>
      </w:tr>
      <w:tr>
        <w:tc>
          <w:tcPr>
            <w:tcW w:type="dxa" w:w="4986"/>
          </w:tcPr>
          <w:p>
            <w:r>
              <w:t>Agent (agent)</w:t>
            </w:r>
          </w:p>
        </w:tc>
        <w:tc>
          <w:tcPr>
            <w:tcW w:type="dxa" w:w="4986"/>
          </w:tcPr>
          <w:p>
            <w:r>
              <w:t>30.96%</w:t>
            </w:r>
          </w:p>
        </w:tc>
      </w:tr>
      <w:tr>
        <w:tc>
          <w:tcPr>
            <w:tcW w:type="dxa" w:w="4986"/>
          </w:tcPr>
          <w:p>
            <w:r>
              <w:t>General (general)</w:t>
            </w:r>
          </w:p>
        </w:tc>
        <w:tc>
          <w:tcPr>
            <w:tcW w:type="dxa" w:w="4986"/>
          </w:tcPr>
          <w:p>
            <w:r>
              <w:t>31.21%</w:t>
            </w:r>
          </w:p>
        </w:tc>
      </w:tr>
    </w:tbl>
    <w:p/>
    <w:p>
      <w:pPr>
        <w:pStyle w:val="Heading1"/>
      </w:pPr>
      <w:r>
        <w:t>Task 1: agent:workflow_execution</w:t>
      </w:r>
    </w:p>
    <w:p>
      <w:r>
        <w:rPr>
          <w:i/>
          <w:sz w:val="20"/>
        </w:rPr>
        <w:t>宏分类：agent    |    占总支出比例：20.02%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15.36%</w:t>
            </w:r>
          </w:p>
        </w:tc>
        <w:tc>
          <w:tcPr>
            <w:tcW w:type="dxa" w:w="1994"/>
          </w:tcPr>
          <w:p>
            <w:r>
              <w:t>+13.04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9.04%</w:t>
            </w:r>
          </w:p>
        </w:tc>
        <w:tc>
          <w:tcPr>
            <w:tcW w:type="dxa" w:w="1994"/>
          </w:tcPr>
          <w:p>
            <w:r>
              <w:t>+9.04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6.68%</w:t>
            </w:r>
          </w:p>
        </w:tc>
        <w:tc>
          <w:tcPr>
            <w:tcW w:type="dxa" w:w="1994"/>
          </w:tcPr>
          <w:p>
            <w:r>
              <w:t>-6.65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6.04%</w:t>
            </w:r>
          </w:p>
        </w:tc>
        <w:tc>
          <w:tcPr>
            <w:tcW w:type="dxa" w:w="1994"/>
          </w:tcPr>
          <w:p>
            <w:r>
              <w:t>-2.29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5.97%</w:t>
            </w:r>
          </w:p>
        </w:tc>
        <w:tc>
          <w:tcPr>
            <w:tcW w:type="dxa" w:w="1994"/>
          </w:tcPr>
          <w:p>
            <w:r>
              <w:t>-1.94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4.91%</w:t>
            </w:r>
          </w:p>
        </w:tc>
        <w:tc>
          <w:tcPr>
            <w:tcW w:type="dxa" w:w="1994"/>
          </w:tcPr>
          <w:p>
            <w:r>
              <w:t>+1.64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4.27%</w:t>
            </w:r>
          </w:p>
        </w:tc>
        <w:tc>
          <w:tcPr>
            <w:tcW w:type="dxa" w:w="1994"/>
          </w:tcPr>
          <w:p>
            <w:r>
              <w:t>+2.76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3.66%</w:t>
            </w:r>
          </w:p>
        </w:tc>
        <w:tc>
          <w:tcPr>
            <w:tcW w:type="dxa" w:w="1994"/>
          </w:tcPr>
          <w:p>
            <w:r>
              <w:t>+2.19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3.62%</w:t>
            </w:r>
          </w:p>
        </w:tc>
        <w:tc>
          <w:tcPr>
            <w:tcW w:type="dxa" w:w="1994"/>
          </w:tcPr>
          <w:p>
            <w:r>
              <w:t>+3.62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3.03%</w:t>
            </w:r>
          </w:p>
        </w:tc>
        <w:tc>
          <w:tcPr>
            <w:tcW w:type="dxa" w:w="1994"/>
          </w:tcPr>
          <w:p>
            <w:r>
              <w:t>-1.01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</w:tbl>
    <w:p/>
    <w:p>
      <w:pPr>
        <w:pStyle w:val="Heading1"/>
      </w:pPr>
      <w:r>
        <w:t>Task 2: classification_tagging</w:t>
      </w:r>
    </w:p>
    <w:p>
      <w:r>
        <w:rPr>
          <w:i/>
          <w:sz w:val="20"/>
        </w:rPr>
        <w:t>宏分类：general    |    占总支出比例：11.03%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google/gemini-3.1-pro-preview-20260219</w:t>
            </w:r>
          </w:p>
        </w:tc>
        <w:tc>
          <w:tcPr>
            <w:tcW w:type="dxa" w:w="1994"/>
          </w:tcPr>
          <w:p>
            <w:r>
              <w:t>6.32%</w:t>
            </w:r>
          </w:p>
        </w:tc>
        <w:tc>
          <w:tcPr>
            <w:tcW w:type="dxa" w:w="1994"/>
          </w:tcPr>
          <w:p>
            <w:r>
              <w:t>-0.15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6.31%</w:t>
            </w:r>
          </w:p>
        </w:tc>
        <w:tc>
          <w:tcPr>
            <w:tcW w:type="dxa" w:w="1994"/>
          </w:tcPr>
          <w:p>
            <w:r>
              <w:t>+5.30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6.24%</w:t>
            </w:r>
          </w:p>
        </w:tc>
        <w:tc>
          <w:tcPr>
            <w:tcW w:type="dxa" w:w="1994"/>
          </w:tcPr>
          <w:p>
            <w:r>
              <w:t>-0.38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5.37%</w:t>
            </w:r>
          </w:p>
        </w:tc>
        <w:tc>
          <w:tcPr>
            <w:tcW w:type="dxa" w:w="1994"/>
          </w:tcPr>
          <w:p>
            <w:r>
              <w:t>+5.37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google/gemini-3.8-flash-20260902</w:t>
            </w:r>
          </w:p>
        </w:tc>
        <w:tc>
          <w:tcPr>
            <w:tcW w:type="dxa" w:w="1994"/>
          </w:tcPr>
          <w:p>
            <w:r>
              <w:t>4.28%</w:t>
            </w:r>
          </w:p>
        </w:tc>
        <w:tc>
          <w:tcPr>
            <w:tcW w:type="dxa" w:w="1994"/>
          </w:tcPr>
          <w:p>
            <w:r>
              <w:t>+3.62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4.22%</w:t>
            </w:r>
          </w:p>
        </w:tc>
        <w:tc>
          <w:tcPr>
            <w:tcW w:type="dxa" w:w="1994"/>
          </w:tcPr>
          <w:p>
            <w:r>
              <w:t>-5.71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3.80%</w:t>
            </w:r>
          </w:p>
        </w:tc>
        <w:tc>
          <w:tcPr>
            <w:tcW w:type="dxa" w:w="1994"/>
          </w:tcPr>
          <w:p>
            <w:r>
              <w:t>-0.07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anthropic/claude-4.6-sonnet-20260217</w:t>
            </w:r>
          </w:p>
        </w:tc>
        <w:tc>
          <w:tcPr>
            <w:tcW w:type="dxa" w:w="1994"/>
          </w:tcPr>
          <w:p>
            <w:r>
              <w:t>3.50%</w:t>
            </w:r>
          </w:p>
        </w:tc>
        <w:tc>
          <w:tcPr>
            <w:tcW w:type="dxa" w:w="1994"/>
          </w:tcPr>
          <w:p>
            <w:r>
              <w:t>-0.66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3.30%</w:t>
            </w:r>
          </w:p>
        </w:tc>
        <w:tc>
          <w:tcPr>
            <w:tcW w:type="dxa" w:w="1994"/>
          </w:tcPr>
          <w:p>
            <w:r>
              <w:t>-0.01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anthropic/claude-4.8-opus-20260528</w:t>
            </w:r>
          </w:p>
        </w:tc>
        <w:tc>
          <w:tcPr>
            <w:tcW w:type="dxa" w:w="1994"/>
          </w:tcPr>
          <w:p>
            <w:r>
              <w:t>2.46%</w:t>
            </w:r>
          </w:p>
        </w:tc>
        <w:tc>
          <w:tcPr>
            <w:tcW w:type="dxa" w:w="1994"/>
          </w:tcPr>
          <w:p>
            <w:r>
              <w:t>-1.22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3: code:general_impl</w:t>
      </w:r>
    </w:p>
    <w:p>
      <w:r>
        <w:rPr>
          <w:i/>
          <w:sz w:val="20"/>
        </w:rPr>
        <w:t>宏分类：code    |    占总支出比例：9.20%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16.46%</w:t>
            </w:r>
          </w:p>
        </w:tc>
        <w:tc>
          <w:tcPr>
            <w:tcW w:type="dxa" w:w="1994"/>
          </w:tcPr>
          <w:p>
            <w:r>
              <w:t>+14.55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7.56%</w:t>
            </w:r>
          </w:p>
        </w:tc>
        <w:tc>
          <w:tcPr>
            <w:tcW w:type="dxa" w:w="1994"/>
          </w:tcPr>
          <w:p>
            <w:r>
              <w:t>-27.43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7.36%</w:t>
            </w:r>
          </w:p>
        </w:tc>
        <w:tc>
          <w:tcPr>
            <w:tcW w:type="dxa" w:w="1994"/>
          </w:tcPr>
          <w:p>
            <w:r>
              <w:t>+1.45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7.22%</w:t>
            </w:r>
          </w:p>
        </w:tc>
        <w:tc>
          <w:tcPr>
            <w:tcW w:type="dxa" w:w="1994"/>
          </w:tcPr>
          <w:p>
            <w:r>
              <w:t>+0.44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6.98%</w:t>
            </w:r>
          </w:p>
        </w:tc>
        <w:tc>
          <w:tcPr>
            <w:tcW w:type="dxa" w:w="1994"/>
          </w:tcPr>
          <w:p>
            <w:r>
              <w:t>+6.98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6.26%</w:t>
            </w:r>
          </w:p>
        </w:tc>
        <w:tc>
          <w:tcPr>
            <w:tcW w:type="dxa" w:w="1994"/>
          </w:tcPr>
          <w:p>
            <w:r>
              <w:t>+0.25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5.76%</w:t>
            </w:r>
          </w:p>
        </w:tc>
        <w:tc>
          <w:tcPr>
            <w:tcW w:type="dxa" w:w="1994"/>
          </w:tcPr>
          <w:p>
            <w:r>
              <w:t>+4.91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5.32%</w:t>
            </w:r>
          </w:p>
        </w:tc>
        <w:tc>
          <w:tcPr>
            <w:tcW w:type="dxa" w:w="1994"/>
          </w:tcPr>
          <w:p>
            <w:r>
              <w:t>+5.32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4.22%</w:t>
            </w:r>
          </w:p>
        </w:tc>
        <w:tc>
          <w:tcPr>
            <w:tcW w:type="dxa" w:w="1994"/>
          </w:tcPr>
          <w:p>
            <w:r>
              <w:t>+2.60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z-ai/glm-5.2-20260616</w:t>
            </w:r>
          </w:p>
        </w:tc>
        <w:tc>
          <w:tcPr>
            <w:tcW w:type="dxa" w:w="1994"/>
          </w:tcPr>
          <w:p>
            <w:r>
              <w:t>2.51%</w:t>
            </w:r>
          </w:p>
        </w:tc>
        <w:tc>
          <w:tcPr>
            <w:tcW w:type="dxa" w:w="1994"/>
          </w:tcPr>
          <w:p>
            <w:r>
              <w:t>-2.02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</w:tbl>
    <w:p/>
    <w:p>
      <w:pPr>
        <w:pStyle w:val="Heading1"/>
      </w:pPr>
      <w:r>
        <w:t>Task 4: agent:multi_step_planning</w:t>
      </w:r>
    </w:p>
    <w:p>
      <w:r>
        <w:rPr>
          <w:i/>
          <w:sz w:val="20"/>
        </w:rPr>
        <w:t>宏分类：agent    |    占总支出比例：7.72%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15.99%</w:t>
            </w:r>
          </w:p>
        </w:tc>
        <w:tc>
          <w:tcPr>
            <w:tcW w:type="dxa" w:w="1994"/>
          </w:tcPr>
          <w:p>
            <w:r>
              <w:t>+12.50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8.41%</w:t>
            </w:r>
          </w:p>
        </w:tc>
        <w:tc>
          <w:tcPr>
            <w:tcW w:type="dxa" w:w="1994"/>
          </w:tcPr>
          <w:p>
            <w:r>
              <w:t>-1.03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7.66%</w:t>
            </w:r>
          </w:p>
        </w:tc>
        <w:tc>
          <w:tcPr>
            <w:tcW w:type="dxa" w:w="1994"/>
          </w:tcPr>
          <w:p>
            <w:r>
              <w:t>+7.66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6.83%</w:t>
            </w:r>
          </w:p>
        </w:tc>
        <w:tc>
          <w:tcPr>
            <w:tcW w:type="dxa" w:w="1994"/>
          </w:tcPr>
          <w:p>
            <w:r>
              <w:t>-4.05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6.48%</w:t>
            </w:r>
          </w:p>
        </w:tc>
        <w:tc>
          <w:tcPr>
            <w:tcW w:type="dxa" w:w="1994"/>
          </w:tcPr>
          <w:p>
            <w:r>
              <w:t>-6.56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4.45%</w:t>
            </w:r>
          </w:p>
        </w:tc>
        <w:tc>
          <w:tcPr>
            <w:tcW w:type="dxa" w:w="1994"/>
          </w:tcPr>
          <w:p>
            <w:r>
              <w:t>+0.88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4.33%</w:t>
            </w:r>
          </w:p>
        </w:tc>
        <w:tc>
          <w:tcPr>
            <w:tcW w:type="dxa" w:w="1994"/>
          </w:tcPr>
          <w:p>
            <w:r>
              <w:t>+2.57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3.82%</w:t>
            </w:r>
          </w:p>
        </w:tc>
        <w:tc>
          <w:tcPr>
            <w:tcW w:type="dxa" w:w="1994"/>
          </w:tcPr>
          <w:p>
            <w:r>
              <w:t>+2.45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3.52%</w:t>
            </w:r>
          </w:p>
        </w:tc>
        <w:tc>
          <w:tcPr>
            <w:tcW w:type="dxa" w:w="1994"/>
          </w:tcPr>
          <w:p>
            <w:r>
              <w:t>+3.52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2.74%</w:t>
            </w:r>
          </w:p>
        </w:tc>
        <w:tc>
          <w:tcPr>
            <w:tcW w:type="dxa" w:w="1994"/>
          </w:tcPr>
          <w:p>
            <w:r>
              <w:t>-1.14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</w:tbl>
    <w:p/>
    <w:p>
      <w:pPr>
        <w:pStyle w:val="Heading1"/>
      </w:pPr>
      <w:r>
        <w:t>Task 5: data:extraction</w:t>
      </w:r>
    </w:p>
    <w:p>
      <w:r>
        <w:rPr>
          <w:i/>
          <w:sz w:val="20"/>
        </w:rPr>
        <w:t>宏分类：data    |    占总支出比例：7.01%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5.74%</w:t>
            </w:r>
          </w:p>
        </w:tc>
        <w:tc>
          <w:tcPr>
            <w:tcW w:type="dxa" w:w="1994"/>
          </w:tcPr>
          <w:p>
            <w:r>
              <w:t>+5.04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4.47%</w:t>
            </w:r>
          </w:p>
        </w:tc>
        <w:tc>
          <w:tcPr>
            <w:tcW w:type="dxa" w:w="1994"/>
          </w:tcPr>
          <w:p>
            <w:r>
              <w:t>+4.47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4.44%</w:t>
            </w:r>
          </w:p>
        </w:tc>
        <w:tc>
          <w:tcPr>
            <w:tcW w:type="dxa" w:w="1994"/>
          </w:tcPr>
          <w:p>
            <w:r>
              <w:t>-1.77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4.05%</w:t>
            </w:r>
          </w:p>
        </w:tc>
        <w:tc>
          <w:tcPr>
            <w:tcW w:type="dxa" w:w="1994"/>
          </w:tcPr>
          <w:p>
            <w:r>
              <w:t>-2.50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google/gemini-3.8-flash-20260902</w:t>
            </w:r>
          </w:p>
        </w:tc>
        <w:tc>
          <w:tcPr>
            <w:tcW w:type="dxa" w:w="1994"/>
          </w:tcPr>
          <w:p>
            <w:r>
              <w:t>3.69%</w:t>
            </w:r>
          </w:p>
        </w:tc>
        <w:tc>
          <w:tcPr>
            <w:tcW w:type="dxa" w:w="1994"/>
          </w:tcPr>
          <w:p>
            <w:r>
              <w:t>+2.88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z-ai/glm-5.2-20260616</w:t>
            </w:r>
          </w:p>
        </w:tc>
        <w:tc>
          <w:tcPr>
            <w:tcW w:type="dxa" w:w="1994"/>
          </w:tcPr>
          <w:p>
            <w:r>
              <w:t>3.59%</w:t>
            </w:r>
          </w:p>
        </w:tc>
        <w:tc>
          <w:tcPr>
            <w:tcW w:type="dxa" w:w="1994"/>
          </w:tcPr>
          <w:p>
            <w:r>
              <w:t>+0.43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anthropic/claude-4.6-sonnet-20260217</w:t>
            </w:r>
          </w:p>
        </w:tc>
        <w:tc>
          <w:tcPr>
            <w:tcW w:type="dxa" w:w="1994"/>
          </w:tcPr>
          <w:p>
            <w:r>
              <w:t>3.51%</w:t>
            </w:r>
          </w:p>
        </w:tc>
        <w:tc>
          <w:tcPr>
            <w:tcW w:type="dxa" w:w="1994"/>
          </w:tcPr>
          <w:p>
            <w:r>
              <w:t>-1.08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3.43%</w:t>
            </w:r>
          </w:p>
        </w:tc>
        <w:tc>
          <w:tcPr>
            <w:tcW w:type="dxa" w:w="1994"/>
          </w:tcPr>
          <w:p>
            <w:r>
              <w:t>-0.12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3.42%</w:t>
            </w:r>
          </w:p>
        </w:tc>
        <w:tc>
          <w:tcPr>
            <w:tcW w:type="dxa" w:w="1994"/>
          </w:tcPr>
          <w:p>
            <w:r>
              <w:t>-0.57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2.89%</w:t>
            </w:r>
          </w:p>
        </w:tc>
        <w:tc>
          <w:tcPr>
            <w:tcW w:type="dxa" w:w="1994"/>
          </w:tcPr>
          <w:p>
            <w:r>
              <w:t>+2.06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</w:tbl>
    <w:p/>
    <w:p>
      <w:pPr>
        <w:pStyle w:val="Heading1"/>
      </w:pPr>
      <w:r>
        <w:t>Task 6: code:debugging</w:t>
      </w:r>
    </w:p>
    <w:p>
      <w:r>
        <w:rPr>
          <w:i/>
          <w:sz w:val="20"/>
        </w:rPr>
        <w:t>宏分类：code    |    占总支出比例：4.94%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16.95%</w:t>
            </w:r>
          </w:p>
        </w:tc>
        <w:tc>
          <w:tcPr>
            <w:tcW w:type="dxa" w:w="1994"/>
          </w:tcPr>
          <w:p>
            <w:r>
              <w:t>+15.19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8.36%</w:t>
            </w:r>
          </w:p>
        </w:tc>
        <w:tc>
          <w:tcPr>
            <w:tcW w:type="dxa" w:w="1994"/>
          </w:tcPr>
          <w:p>
            <w:r>
              <w:t>+4.32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7.59%</w:t>
            </w:r>
          </w:p>
        </w:tc>
        <w:tc>
          <w:tcPr>
            <w:tcW w:type="dxa" w:w="1994"/>
          </w:tcPr>
          <w:p>
            <w:r>
              <w:t>-0.81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6.55%</w:t>
            </w:r>
          </w:p>
        </w:tc>
        <w:tc>
          <w:tcPr>
            <w:tcW w:type="dxa" w:w="1994"/>
          </w:tcPr>
          <w:p>
            <w:r>
              <w:t>+0.21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4.93%</w:t>
            </w:r>
          </w:p>
        </w:tc>
        <w:tc>
          <w:tcPr>
            <w:tcW w:type="dxa" w:w="1994"/>
          </w:tcPr>
          <w:p>
            <w:r>
              <w:t>+4.93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4.92%</w:t>
            </w:r>
          </w:p>
        </w:tc>
        <w:tc>
          <w:tcPr>
            <w:tcW w:type="dxa" w:w="1994"/>
          </w:tcPr>
          <w:p>
            <w:r>
              <w:t>-10.79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4.85%</w:t>
            </w:r>
          </w:p>
        </w:tc>
        <w:tc>
          <w:tcPr>
            <w:tcW w:type="dxa" w:w="1994"/>
          </w:tcPr>
          <w:p>
            <w:r>
              <w:t>+4.85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z-ai/glm-5.2-20260616</w:t>
            </w:r>
          </w:p>
        </w:tc>
        <w:tc>
          <w:tcPr>
            <w:tcW w:type="dxa" w:w="1994"/>
          </w:tcPr>
          <w:p>
            <w:r>
              <w:t>4.12%</w:t>
            </w:r>
          </w:p>
        </w:tc>
        <w:tc>
          <w:tcPr>
            <w:tcW w:type="dxa" w:w="1994"/>
          </w:tcPr>
          <w:p>
            <w:r>
              <w:t>-2.14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3.44%</w:t>
            </w:r>
          </w:p>
        </w:tc>
        <w:tc>
          <w:tcPr>
            <w:tcW w:type="dxa" w:w="1994"/>
          </w:tcPr>
          <w:p>
            <w:r>
              <w:t>+2.38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3.44%</w:t>
            </w:r>
          </w:p>
        </w:tc>
        <w:tc>
          <w:tcPr>
            <w:tcW w:type="dxa" w:w="1994"/>
          </w:tcPr>
          <w:p>
            <w:r>
              <w:t>+2.20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</w:tbl>
    <w:p/>
    <w:p>
      <w:pPr>
        <w:pStyle w:val="Heading1"/>
      </w:pPr>
      <w:r>
        <w:t>Task 7: code:file_read_write</w:t>
      </w:r>
    </w:p>
    <w:p>
      <w:r>
        <w:rPr>
          <w:i/>
          <w:sz w:val="20"/>
        </w:rPr>
        <w:t>宏分类：code    |    占总支出比例：4.56%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22.93%</w:t>
            </w:r>
          </w:p>
        </w:tc>
        <w:tc>
          <w:tcPr>
            <w:tcW w:type="dxa" w:w="1994"/>
          </w:tcPr>
          <w:p>
            <w:r>
              <w:t>+20.16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7.58%</w:t>
            </w:r>
          </w:p>
        </w:tc>
        <w:tc>
          <w:tcPr>
            <w:tcW w:type="dxa" w:w="1994"/>
          </w:tcPr>
          <w:p>
            <w:r>
              <w:t>+7.58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7.56%</w:t>
            </w:r>
          </w:p>
        </w:tc>
        <w:tc>
          <w:tcPr>
            <w:tcW w:type="dxa" w:w="1994"/>
          </w:tcPr>
          <w:p>
            <w:r>
              <w:t>-6.91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6.48%</w:t>
            </w:r>
          </w:p>
        </w:tc>
        <w:tc>
          <w:tcPr>
            <w:tcW w:type="dxa" w:w="1994"/>
          </w:tcPr>
          <w:p>
            <w:r>
              <w:t>-5.56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6.37%</w:t>
            </w:r>
          </w:p>
        </w:tc>
        <w:tc>
          <w:tcPr>
            <w:tcW w:type="dxa" w:w="1994"/>
          </w:tcPr>
          <w:p>
            <w:r>
              <w:t>-1.69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6.33%</w:t>
            </w:r>
          </w:p>
        </w:tc>
        <w:tc>
          <w:tcPr>
            <w:tcW w:type="dxa" w:w="1994"/>
          </w:tcPr>
          <w:p>
            <w:r>
              <w:t>+4.20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4.99%</w:t>
            </w:r>
          </w:p>
        </w:tc>
        <w:tc>
          <w:tcPr>
            <w:tcW w:type="dxa" w:w="1994"/>
          </w:tcPr>
          <w:p>
            <w:r>
              <w:t>+1.47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3.84%</w:t>
            </w:r>
          </w:p>
        </w:tc>
        <w:tc>
          <w:tcPr>
            <w:tcW w:type="dxa" w:w="1994"/>
          </w:tcPr>
          <w:p>
            <w:r>
              <w:t>+3.84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2.85%</w:t>
            </w:r>
          </w:p>
        </w:tc>
        <w:tc>
          <w:tcPr>
            <w:tcW w:type="dxa" w:w="1994"/>
          </w:tcPr>
          <w:p>
            <w:r>
              <w:t>+1.48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2.59%</w:t>
            </w:r>
          </w:p>
        </w:tc>
        <w:tc>
          <w:tcPr>
            <w:tcW w:type="dxa" w:w="1994"/>
          </w:tcPr>
          <w:p>
            <w:r>
              <w:t>-0.77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</w:tbl>
    <w:p/>
    <w:p>
      <w:pPr>
        <w:pStyle w:val="Heading1"/>
      </w:pPr>
      <w:r>
        <w:t>Task 8: content_writing</w:t>
      </w:r>
    </w:p>
    <w:p>
      <w:r>
        <w:rPr>
          <w:i/>
          <w:sz w:val="20"/>
        </w:rPr>
        <w:t>宏分类：general    |    占总支出比例：4.04%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7.03%</w:t>
            </w:r>
          </w:p>
        </w:tc>
        <w:tc>
          <w:tcPr>
            <w:tcW w:type="dxa" w:w="1994"/>
          </w:tcPr>
          <w:p>
            <w:r>
              <w:t>+6.14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5.66%</w:t>
            </w:r>
          </w:p>
        </w:tc>
        <w:tc>
          <w:tcPr>
            <w:tcW w:type="dxa" w:w="1994"/>
          </w:tcPr>
          <w:p>
            <w:r>
              <w:t>-3.58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5.18%</w:t>
            </w:r>
          </w:p>
        </w:tc>
        <w:tc>
          <w:tcPr>
            <w:tcW w:type="dxa" w:w="1994"/>
          </w:tcPr>
          <w:p>
            <w:r>
              <w:t>+0.13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5.15%</w:t>
            </w:r>
          </w:p>
        </w:tc>
        <w:tc>
          <w:tcPr>
            <w:tcW w:type="dxa" w:w="1994"/>
          </w:tcPr>
          <w:p>
            <w:r>
              <w:t>-1.02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5.07%</w:t>
            </w:r>
          </w:p>
        </w:tc>
        <w:tc>
          <w:tcPr>
            <w:tcW w:type="dxa" w:w="1994"/>
          </w:tcPr>
          <w:p>
            <w:r>
              <w:t>+5.07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anthropic/claude-4.6-sonnet-20260217</w:t>
            </w:r>
          </w:p>
        </w:tc>
        <w:tc>
          <w:tcPr>
            <w:tcW w:type="dxa" w:w="1994"/>
          </w:tcPr>
          <w:p>
            <w:r>
              <w:t>4.22%</w:t>
            </w:r>
          </w:p>
        </w:tc>
        <w:tc>
          <w:tcPr>
            <w:tcW w:type="dxa" w:w="1994"/>
          </w:tcPr>
          <w:p>
            <w:r>
              <w:t>-1.55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3.45%</w:t>
            </w:r>
          </w:p>
        </w:tc>
        <w:tc>
          <w:tcPr>
            <w:tcW w:type="dxa" w:w="1994"/>
          </w:tcPr>
          <w:p>
            <w:r>
              <w:t>-0.60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google/gemini-3.8-flash-20260902</w:t>
            </w:r>
          </w:p>
        </w:tc>
        <w:tc>
          <w:tcPr>
            <w:tcW w:type="dxa" w:w="1994"/>
          </w:tcPr>
          <w:p>
            <w:r>
              <w:t>3.45%</w:t>
            </w:r>
          </w:p>
        </w:tc>
        <w:tc>
          <w:tcPr>
            <w:tcW w:type="dxa" w:w="1994"/>
          </w:tcPr>
          <w:p>
            <w:r>
              <w:t>+2.76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3.17%</w:t>
            </w:r>
          </w:p>
        </w:tc>
        <w:tc>
          <w:tcPr>
            <w:tcW w:type="dxa" w:w="1994"/>
          </w:tcPr>
          <w:p>
            <w:r>
              <w:t>+3.17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3.16%</w:t>
            </w:r>
          </w:p>
        </w:tc>
        <w:tc>
          <w:tcPr>
            <w:tcW w:type="dxa" w:w="1994"/>
          </w:tcPr>
          <w:p>
            <w:r>
              <w:t>+2.13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9: roleplay_fiction</w:t>
      </w:r>
    </w:p>
    <w:p>
      <w:r>
        <w:rPr>
          <w:i/>
          <w:sz w:val="20"/>
        </w:rPr>
        <w:t>宏分类：general    |    占总支出比例：3.62%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anthropic/claude-4.5-sonnet-20250929</w:t>
            </w:r>
          </w:p>
        </w:tc>
        <w:tc>
          <w:tcPr>
            <w:tcW w:type="dxa" w:w="1994"/>
          </w:tcPr>
          <w:p>
            <w:r>
              <w:t>7.52%</w:t>
            </w:r>
          </w:p>
        </w:tc>
        <w:tc>
          <w:tcPr>
            <w:tcW w:type="dxa" w:w="1994"/>
          </w:tcPr>
          <w:p>
            <w:r>
              <w:t>+3.80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google/gemini-3-flash-preview-20251217</w:t>
            </w:r>
          </w:p>
        </w:tc>
        <w:tc>
          <w:tcPr>
            <w:tcW w:type="dxa" w:w="1994"/>
          </w:tcPr>
          <w:p>
            <w:r>
              <w:t>6.44%</w:t>
            </w:r>
          </w:p>
        </w:tc>
        <w:tc>
          <w:tcPr>
            <w:tcW w:type="dxa" w:w="1994"/>
          </w:tcPr>
          <w:p>
            <w:r>
              <w:t>+1.51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anthropic/claude-4.6-opus-20260205</w:t>
            </w:r>
          </w:p>
        </w:tc>
        <w:tc>
          <w:tcPr>
            <w:tcW w:type="dxa" w:w="1994"/>
          </w:tcPr>
          <w:p>
            <w:r>
              <w:t>5.01%</w:t>
            </w:r>
          </w:p>
        </w:tc>
        <w:tc>
          <w:tcPr>
            <w:tcW w:type="dxa" w:w="1994"/>
          </w:tcPr>
          <w:p>
            <w:r>
              <w:t>-1.11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z-ai/glm-5.2-20260616</w:t>
            </w:r>
          </w:p>
        </w:tc>
        <w:tc>
          <w:tcPr>
            <w:tcW w:type="dxa" w:w="1994"/>
          </w:tcPr>
          <w:p>
            <w:r>
              <w:t>4.59%</w:t>
            </w:r>
          </w:p>
        </w:tc>
        <w:tc>
          <w:tcPr>
            <w:tcW w:type="dxa" w:w="1994"/>
          </w:tcPr>
          <w:p>
            <w:r>
              <w:t>-1.04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deepseek/deepseek-v4-flash-20260423</w:t>
            </w:r>
          </w:p>
        </w:tc>
        <w:tc>
          <w:tcPr>
            <w:tcW w:type="dxa" w:w="1994"/>
          </w:tcPr>
          <w:p>
            <w:r>
              <w:t>4.52%</w:t>
            </w:r>
          </w:p>
        </w:tc>
        <w:tc>
          <w:tcPr>
            <w:tcW w:type="dxa" w:w="1994"/>
          </w:tcPr>
          <w:p>
            <w:r>
              <w:t>-0.86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google/gemini-3.8-flash-20260902</w:t>
            </w:r>
          </w:p>
        </w:tc>
        <w:tc>
          <w:tcPr>
            <w:tcW w:type="dxa" w:w="1994"/>
          </w:tcPr>
          <w:p>
            <w:r>
              <w:t>4.29%</w:t>
            </w:r>
          </w:p>
        </w:tc>
        <w:tc>
          <w:tcPr>
            <w:tcW w:type="dxa" w:w="1994"/>
          </w:tcPr>
          <w:p>
            <w:r>
              <w:t>+3.49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3.85%</w:t>
            </w:r>
          </w:p>
        </w:tc>
        <w:tc>
          <w:tcPr>
            <w:tcW w:type="dxa" w:w="1994"/>
          </w:tcPr>
          <w:p>
            <w:r>
              <w:t>+0.76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3.62%</w:t>
            </w:r>
          </w:p>
        </w:tc>
        <w:tc>
          <w:tcPr>
            <w:tcW w:type="dxa" w:w="1994"/>
          </w:tcPr>
          <w:p>
            <w:r>
              <w:t>+3.62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anthropic/claude-4.6-sonnet-20260217</w:t>
            </w:r>
          </w:p>
        </w:tc>
        <w:tc>
          <w:tcPr>
            <w:tcW w:type="dxa" w:w="1994"/>
          </w:tcPr>
          <w:p>
            <w:r>
              <w:t>3.28%</w:t>
            </w:r>
          </w:p>
        </w:tc>
        <w:tc>
          <w:tcPr>
            <w:tcW w:type="dxa" w:w="1994"/>
          </w:tcPr>
          <w:p>
            <w:r>
              <w:t>-0.78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google/gemini-2.5-pro</w:t>
            </w:r>
          </w:p>
        </w:tc>
        <w:tc>
          <w:tcPr>
            <w:tcW w:type="dxa" w:w="1994"/>
          </w:tcPr>
          <w:p>
            <w:r>
              <w:t>3.08%</w:t>
            </w:r>
          </w:p>
        </w:tc>
        <w:tc>
          <w:tcPr>
            <w:tcW w:type="dxa" w:w="1994"/>
          </w:tcPr>
          <w:p>
            <w:r>
              <w:t>+0.81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10: qa_knowledge</w:t>
      </w:r>
    </w:p>
    <w:p>
      <w:r>
        <w:rPr>
          <w:i/>
          <w:sz w:val="20"/>
        </w:rPr>
        <w:t>宏分类：general    |    占总支出比例：3.33%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7.25%</w:t>
            </w:r>
          </w:p>
        </w:tc>
        <w:tc>
          <w:tcPr>
            <w:tcW w:type="dxa" w:w="1994"/>
          </w:tcPr>
          <w:p>
            <w:r>
              <w:t>+5.97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6.66%</w:t>
            </w:r>
          </w:p>
        </w:tc>
        <w:tc>
          <w:tcPr>
            <w:tcW w:type="dxa" w:w="1994"/>
          </w:tcPr>
          <w:p>
            <w:r>
              <w:t>-1.90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6.20%</w:t>
            </w:r>
          </w:p>
        </w:tc>
        <w:tc>
          <w:tcPr>
            <w:tcW w:type="dxa" w:w="1994"/>
          </w:tcPr>
          <w:p>
            <w:r>
              <w:t>-4.13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5.68%</w:t>
            </w:r>
          </w:p>
        </w:tc>
        <w:tc>
          <w:tcPr>
            <w:tcW w:type="dxa" w:w="1994"/>
          </w:tcPr>
          <w:p>
            <w:r>
              <w:t>+0.23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5.59%</w:t>
            </w:r>
          </w:p>
        </w:tc>
        <w:tc>
          <w:tcPr>
            <w:tcW w:type="dxa" w:w="1994"/>
          </w:tcPr>
          <w:p>
            <w:r>
              <w:t>+5.59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4.03%</w:t>
            </w:r>
          </w:p>
        </w:tc>
        <w:tc>
          <w:tcPr>
            <w:tcW w:type="dxa" w:w="1994"/>
          </w:tcPr>
          <w:p>
            <w:r>
              <w:t>-2.73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3.72%</w:t>
            </w:r>
          </w:p>
        </w:tc>
        <w:tc>
          <w:tcPr>
            <w:tcW w:type="dxa" w:w="1994"/>
          </w:tcPr>
          <w:p>
            <w:r>
              <w:t>+2.41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3.36%</w:t>
            </w:r>
          </w:p>
        </w:tc>
        <w:tc>
          <w:tcPr>
            <w:tcW w:type="dxa" w:w="1994"/>
          </w:tcPr>
          <w:p>
            <w:r>
              <w:t>+3.36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anthropic/claude-4.8-opus-20260528</w:t>
            </w:r>
          </w:p>
        </w:tc>
        <w:tc>
          <w:tcPr>
            <w:tcW w:type="dxa" w:w="1994"/>
          </w:tcPr>
          <w:p>
            <w:r>
              <w:t>2.96%</w:t>
            </w:r>
          </w:p>
        </w:tc>
        <w:tc>
          <w:tcPr>
            <w:tcW w:type="dxa" w:w="1994"/>
          </w:tcPr>
          <w:p>
            <w:r>
              <w:t>-1.26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google/gemini-3.1-pro-preview-20260219</w:t>
            </w:r>
          </w:p>
        </w:tc>
        <w:tc>
          <w:tcPr>
            <w:tcW w:type="dxa" w:w="1994"/>
          </w:tcPr>
          <w:p>
            <w:r>
              <w:t>2.79%</w:t>
            </w:r>
          </w:p>
        </w:tc>
        <w:tc>
          <w:tcPr>
            <w:tcW w:type="dxa" w:w="1994"/>
          </w:tcPr>
          <w:p>
            <w:r>
              <w:t>+0.40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11: data:transformation</w:t>
      </w:r>
    </w:p>
    <w:p>
      <w:r>
        <w:rPr>
          <w:i/>
          <w:sz w:val="20"/>
        </w:rPr>
        <w:t>宏分类：data    |    占总支出比例：2.95%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8.93%</w:t>
            </w:r>
          </w:p>
        </w:tc>
        <w:tc>
          <w:tcPr>
            <w:tcW w:type="dxa" w:w="1994"/>
          </w:tcPr>
          <w:p>
            <w:r>
              <w:t>+8.45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openai/gpt-5.6-luna-20260709</w:t>
            </w:r>
          </w:p>
        </w:tc>
        <w:tc>
          <w:tcPr>
            <w:tcW w:type="dxa" w:w="1994"/>
          </w:tcPr>
          <w:p>
            <w:r>
              <w:t>6.47%</w:t>
            </w:r>
          </w:p>
        </w:tc>
        <w:tc>
          <w:tcPr>
            <w:tcW w:type="dxa" w:w="1994"/>
          </w:tcPr>
          <w:p>
            <w:r>
              <w:t>-3.80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6.05%</w:t>
            </w:r>
          </w:p>
        </w:tc>
        <w:tc>
          <w:tcPr>
            <w:tcW w:type="dxa" w:w="1994"/>
          </w:tcPr>
          <w:p>
            <w:r>
              <w:t>+5.56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5.01%</w:t>
            </w:r>
          </w:p>
        </w:tc>
        <w:tc>
          <w:tcPr>
            <w:tcW w:type="dxa" w:w="1994"/>
          </w:tcPr>
          <w:p>
            <w:r>
              <w:t>+0.89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4.89%</w:t>
            </w:r>
          </w:p>
        </w:tc>
        <w:tc>
          <w:tcPr>
            <w:tcW w:type="dxa" w:w="1994"/>
          </w:tcPr>
          <w:p>
            <w:r>
              <w:t>-3.97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4.32%</w:t>
            </w:r>
          </w:p>
        </w:tc>
        <w:tc>
          <w:tcPr>
            <w:tcW w:type="dxa" w:w="1994"/>
          </w:tcPr>
          <w:p>
            <w:r>
              <w:t>+4.32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anthropic/claude-4.8-opus-20260528</w:t>
            </w:r>
          </w:p>
        </w:tc>
        <w:tc>
          <w:tcPr>
            <w:tcW w:type="dxa" w:w="1994"/>
          </w:tcPr>
          <w:p>
            <w:r>
              <w:t>3.98%</w:t>
            </w:r>
          </w:p>
        </w:tc>
        <w:tc>
          <w:tcPr>
            <w:tcW w:type="dxa" w:w="1994"/>
          </w:tcPr>
          <w:p>
            <w:r>
              <w:t>+0.75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google/gemini-3.8-flash-20260902</w:t>
            </w:r>
          </w:p>
        </w:tc>
        <w:tc>
          <w:tcPr>
            <w:tcW w:type="dxa" w:w="1994"/>
          </w:tcPr>
          <w:p>
            <w:r>
              <w:t>3.79%</w:t>
            </w:r>
          </w:p>
        </w:tc>
        <w:tc>
          <w:tcPr>
            <w:tcW w:type="dxa" w:w="1994"/>
          </w:tcPr>
          <w:p>
            <w:r>
              <w:t>+3.11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3.71%</w:t>
            </w:r>
          </w:p>
        </w:tc>
        <w:tc>
          <w:tcPr>
            <w:tcW w:type="dxa" w:w="1994"/>
          </w:tcPr>
          <w:p>
            <w:r>
              <w:t>-1.73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anthropic/claude-4.6-sonnet-20260217</w:t>
            </w:r>
          </w:p>
        </w:tc>
        <w:tc>
          <w:tcPr>
            <w:tcW w:type="dxa" w:w="1994"/>
          </w:tcPr>
          <w:p>
            <w:r>
              <w:t>3.58%</w:t>
            </w:r>
          </w:p>
        </w:tc>
        <w:tc>
          <w:tcPr>
            <w:tcW w:type="dxa" w:w="1994"/>
          </w:tcPr>
          <w:p>
            <w:r>
              <w:t>-1.28 pp</w:t>
            </w:r>
          </w:p>
        </w:tc>
        <w:tc>
          <w:tcPr>
            <w:tcW w:type="dxa" w:w="1994"/>
          </w:tcPr>
          <w:p>
            <w:r>
              <w:t>data</w:t>
            </w:r>
          </w:p>
        </w:tc>
      </w:tr>
    </w:tbl>
    <w:p/>
    <w:p>
      <w:pPr>
        <w:pStyle w:val="Heading1"/>
      </w:pPr>
      <w:r>
        <w:t>Task 12: code:review_security</w:t>
      </w:r>
    </w:p>
    <w:p>
      <w:r>
        <w:rPr>
          <w:i/>
          <w:sz w:val="20"/>
        </w:rPr>
        <w:t>宏分类：code    |    占总支出比例：2.95%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16.46%</w:t>
            </w:r>
          </w:p>
        </w:tc>
        <w:tc>
          <w:tcPr>
            <w:tcW w:type="dxa" w:w="1994"/>
          </w:tcPr>
          <w:p>
            <w:r>
              <w:t>+14.21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9.29%</w:t>
            </w:r>
          </w:p>
        </w:tc>
        <w:tc>
          <w:tcPr>
            <w:tcW w:type="dxa" w:w="1994"/>
          </w:tcPr>
          <w:p>
            <w:r>
              <w:t>-4.62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z-ai/glm-5.2-20260616</w:t>
            </w:r>
          </w:p>
        </w:tc>
        <w:tc>
          <w:tcPr>
            <w:tcW w:type="dxa" w:w="1994"/>
          </w:tcPr>
          <w:p>
            <w:r>
              <w:t>8.55%</w:t>
            </w:r>
          </w:p>
        </w:tc>
        <w:tc>
          <w:tcPr>
            <w:tcW w:type="dxa" w:w="1994"/>
          </w:tcPr>
          <w:p>
            <w:r>
              <w:t>+0.08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5.88%</w:t>
            </w:r>
          </w:p>
        </w:tc>
        <w:tc>
          <w:tcPr>
            <w:tcW w:type="dxa" w:w="1994"/>
          </w:tcPr>
          <w:p>
            <w:r>
              <w:t>+1.30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5.27%</w:t>
            </w:r>
          </w:p>
        </w:tc>
        <w:tc>
          <w:tcPr>
            <w:tcW w:type="dxa" w:w="1994"/>
          </w:tcPr>
          <w:p>
            <w:r>
              <w:t>-4.83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4.88%</w:t>
            </w:r>
          </w:p>
        </w:tc>
        <w:tc>
          <w:tcPr>
            <w:tcW w:type="dxa" w:w="1994"/>
          </w:tcPr>
          <w:p>
            <w:r>
              <w:t>+3.45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4.76%</w:t>
            </w:r>
          </w:p>
        </w:tc>
        <w:tc>
          <w:tcPr>
            <w:tcW w:type="dxa" w:w="1994"/>
          </w:tcPr>
          <w:p>
            <w:r>
              <w:t>+4.76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4.64%</w:t>
            </w:r>
          </w:p>
        </w:tc>
        <w:tc>
          <w:tcPr>
            <w:tcW w:type="dxa" w:w="1994"/>
          </w:tcPr>
          <w:p>
            <w:r>
              <w:t>-2.78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4.06%</w:t>
            </w:r>
          </w:p>
        </w:tc>
        <w:tc>
          <w:tcPr>
            <w:tcW w:type="dxa" w:w="1994"/>
          </w:tcPr>
          <w:p>
            <w:r>
              <w:t>+4.06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3.08%</w:t>
            </w:r>
          </w:p>
        </w:tc>
        <w:tc>
          <w:tcPr>
            <w:tcW w:type="dxa" w:w="1994"/>
          </w:tcPr>
          <w:p>
            <w:r>
              <w:t>+1.51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</w:tbl>
    <w:p/>
    <w:p>
      <w:pPr>
        <w:pStyle w:val="Heading1"/>
      </w:pPr>
      <w:r>
        <w:t>Task 13: code:shell_execution</w:t>
      </w:r>
    </w:p>
    <w:p>
      <w:r>
        <w:rPr>
          <w:i/>
          <w:sz w:val="20"/>
        </w:rPr>
        <w:t>宏分类：code    |    占总支出比例：2.39%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12.03%</w:t>
            </w:r>
          </w:p>
        </w:tc>
        <w:tc>
          <w:tcPr>
            <w:tcW w:type="dxa" w:w="1994"/>
          </w:tcPr>
          <w:p>
            <w:r>
              <w:t>+10.98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8.48%</w:t>
            </w:r>
          </w:p>
        </w:tc>
        <w:tc>
          <w:tcPr>
            <w:tcW w:type="dxa" w:w="1994"/>
          </w:tcPr>
          <w:p>
            <w:r>
              <w:t>+5.75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deepseek/deepseek-v4-pro-20260423</w:t>
            </w:r>
          </w:p>
        </w:tc>
        <w:tc>
          <w:tcPr>
            <w:tcW w:type="dxa" w:w="1994"/>
          </w:tcPr>
          <w:p>
            <w:r>
              <w:t>7.54%</w:t>
            </w:r>
          </w:p>
        </w:tc>
        <w:tc>
          <w:tcPr>
            <w:tcW w:type="dxa" w:w="1994"/>
          </w:tcPr>
          <w:p>
            <w:r>
              <w:t>-7.35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7.37%</w:t>
            </w:r>
          </w:p>
        </w:tc>
        <w:tc>
          <w:tcPr>
            <w:tcW w:type="dxa" w:w="1994"/>
          </w:tcPr>
          <w:p>
            <w:r>
              <w:t>+0.14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6.13%</w:t>
            </w:r>
          </w:p>
        </w:tc>
        <w:tc>
          <w:tcPr>
            <w:tcW w:type="dxa" w:w="1994"/>
          </w:tcPr>
          <w:p>
            <w:r>
              <w:t>+6.13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google/gemini-3.8-flash-20260902</w:t>
            </w:r>
          </w:p>
        </w:tc>
        <w:tc>
          <w:tcPr>
            <w:tcW w:type="dxa" w:w="1994"/>
          </w:tcPr>
          <w:p>
            <w:r>
              <w:t>5.41%</w:t>
            </w:r>
          </w:p>
        </w:tc>
        <w:tc>
          <w:tcPr>
            <w:tcW w:type="dxa" w:w="1994"/>
          </w:tcPr>
          <w:p>
            <w:r>
              <w:t>+4.71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4.93%</w:t>
            </w:r>
          </w:p>
        </w:tc>
        <w:tc>
          <w:tcPr>
            <w:tcW w:type="dxa" w:w="1994"/>
          </w:tcPr>
          <w:p>
            <w:r>
              <w:t>+4.93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4.61%</w:t>
            </w:r>
          </w:p>
        </w:tc>
        <w:tc>
          <w:tcPr>
            <w:tcW w:type="dxa" w:w="1994"/>
          </w:tcPr>
          <w:p>
            <w:r>
              <w:t>-6.60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4.12%</w:t>
            </w:r>
          </w:p>
        </w:tc>
        <w:tc>
          <w:tcPr>
            <w:tcW w:type="dxa" w:w="1994"/>
          </w:tcPr>
          <w:p>
            <w:r>
              <w:t>-0.27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4.12%</w:t>
            </w:r>
          </w:p>
        </w:tc>
        <w:tc>
          <w:tcPr>
            <w:tcW w:type="dxa" w:w="1994"/>
          </w:tcPr>
          <w:p>
            <w:r>
              <w:t>+3.10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</w:tbl>
    <w:p/>
    <w:p>
      <w:pPr>
        <w:pStyle w:val="Heading1"/>
      </w:pPr>
      <w:r>
        <w:t>Task 14: conversational_reply</w:t>
      </w:r>
    </w:p>
    <w:p>
      <w:r>
        <w:rPr>
          <w:i/>
          <w:sz w:val="20"/>
        </w:rPr>
        <w:t>宏分类：general    |    占总支出比例：2.31%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11.22%</w:t>
            </w:r>
          </w:p>
        </w:tc>
        <w:tc>
          <w:tcPr>
            <w:tcW w:type="dxa" w:w="1994"/>
          </w:tcPr>
          <w:p>
            <w:r>
              <w:t>+11.22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9.27%</w:t>
            </w:r>
          </w:p>
        </w:tc>
        <w:tc>
          <w:tcPr>
            <w:tcW w:type="dxa" w:w="1994"/>
          </w:tcPr>
          <w:p>
            <w:r>
              <w:t>+7.23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8.82%</w:t>
            </w:r>
          </w:p>
        </w:tc>
        <w:tc>
          <w:tcPr>
            <w:tcW w:type="dxa" w:w="1994"/>
          </w:tcPr>
          <w:p>
            <w:r>
              <w:t>-1.61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5.68%</w:t>
            </w:r>
          </w:p>
        </w:tc>
        <w:tc>
          <w:tcPr>
            <w:tcW w:type="dxa" w:w="1994"/>
          </w:tcPr>
          <w:p>
            <w:r>
              <w:t>+0.21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anthropic/claude-4.6-sonnet-20260217</w:t>
            </w:r>
          </w:p>
        </w:tc>
        <w:tc>
          <w:tcPr>
            <w:tcW w:type="dxa" w:w="1994"/>
          </w:tcPr>
          <w:p>
            <w:r>
              <w:t>3.76%</w:t>
            </w:r>
          </w:p>
        </w:tc>
        <w:tc>
          <w:tcPr>
            <w:tcW w:type="dxa" w:w="1994"/>
          </w:tcPr>
          <w:p>
            <w:r>
              <w:t>-1.88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3.13%</w:t>
            </w:r>
          </w:p>
        </w:tc>
        <w:tc>
          <w:tcPr>
            <w:tcW w:type="dxa" w:w="1994"/>
          </w:tcPr>
          <w:p>
            <w:r>
              <w:t>-1.80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3.03%</w:t>
            </w:r>
          </w:p>
        </w:tc>
        <w:tc>
          <w:tcPr>
            <w:tcW w:type="dxa" w:w="1994"/>
          </w:tcPr>
          <w:p>
            <w:r>
              <w:t>+1.31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2.99%</w:t>
            </w:r>
          </w:p>
        </w:tc>
        <w:tc>
          <w:tcPr>
            <w:tcW w:type="dxa" w:w="1994"/>
          </w:tcPr>
          <w:p>
            <w:r>
              <w:t>+2.99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z-ai/glm-5.2-20260616</w:t>
            </w:r>
          </w:p>
        </w:tc>
        <w:tc>
          <w:tcPr>
            <w:tcW w:type="dxa" w:w="1994"/>
          </w:tcPr>
          <w:p>
            <w:r>
              <w:t>2.98%</w:t>
            </w:r>
          </w:p>
        </w:tc>
        <w:tc>
          <w:tcPr>
            <w:tcW w:type="dxa" w:w="1994"/>
          </w:tcPr>
          <w:p>
            <w:r>
              <w:t>-1.92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2.74%</w:t>
            </w:r>
          </w:p>
        </w:tc>
        <w:tc>
          <w:tcPr>
            <w:tcW w:type="dxa" w:w="1994"/>
          </w:tcPr>
          <w:p>
            <w:r>
              <w:t>+0.77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15: code:frontend_ui</w:t>
      </w:r>
    </w:p>
    <w:p>
      <w:r>
        <w:rPr>
          <w:i/>
          <w:sz w:val="20"/>
        </w:rPr>
        <w:t>宏分类：code    |    占总支出比例：1.78%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19.32%</w:t>
            </w:r>
          </w:p>
        </w:tc>
        <w:tc>
          <w:tcPr>
            <w:tcW w:type="dxa" w:w="1994"/>
          </w:tcPr>
          <w:p>
            <w:r>
              <w:t>+17.75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6.92%</w:t>
            </w:r>
          </w:p>
        </w:tc>
        <w:tc>
          <w:tcPr>
            <w:tcW w:type="dxa" w:w="1994"/>
          </w:tcPr>
          <w:p>
            <w:r>
              <w:t>+6.92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z-ai/glm-5.2-20260616</w:t>
            </w:r>
          </w:p>
        </w:tc>
        <w:tc>
          <w:tcPr>
            <w:tcW w:type="dxa" w:w="1994"/>
          </w:tcPr>
          <w:p>
            <w:r>
              <w:t>6.26%</w:t>
            </w:r>
          </w:p>
        </w:tc>
        <w:tc>
          <w:tcPr>
            <w:tcW w:type="dxa" w:w="1994"/>
          </w:tcPr>
          <w:p>
            <w:r>
              <w:t>-0.84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5.95%</w:t>
            </w:r>
          </w:p>
        </w:tc>
        <w:tc>
          <w:tcPr>
            <w:tcW w:type="dxa" w:w="1994"/>
          </w:tcPr>
          <w:p>
            <w:r>
              <w:t>-1.51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5.61%</w:t>
            </w:r>
          </w:p>
        </w:tc>
        <w:tc>
          <w:tcPr>
            <w:tcW w:type="dxa" w:w="1994"/>
          </w:tcPr>
          <w:p>
            <w:r>
              <w:t>-31.71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openai/gpt-6-astra-pro-20260903</w:t>
            </w:r>
          </w:p>
        </w:tc>
        <w:tc>
          <w:tcPr>
            <w:tcW w:type="dxa" w:w="1994"/>
          </w:tcPr>
          <w:p>
            <w:r>
              <w:t>3.91%</w:t>
            </w:r>
          </w:p>
        </w:tc>
        <w:tc>
          <w:tcPr>
            <w:tcW w:type="dxa" w:w="1994"/>
          </w:tcPr>
          <w:p>
            <w:r>
              <w:t>-0.25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3.68%</w:t>
            </w:r>
          </w:p>
        </w:tc>
        <w:tc>
          <w:tcPr>
            <w:tcW w:type="dxa" w:w="1994"/>
          </w:tcPr>
          <w:p>
            <w:r>
              <w:t>+3.68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3.66%</w:t>
            </w:r>
          </w:p>
        </w:tc>
        <w:tc>
          <w:tcPr>
            <w:tcW w:type="dxa" w:w="1994"/>
          </w:tcPr>
          <w:p>
            <w:r>
              <w:t>+2.97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openai/gpt-5.6-terra-20260709</w:t>
            </w:r>
          </w:p>
        </w:tc>
        <w:tc>
          <w:tcPr>
            <w:tcW w:type="dxa" w:w="1994"/>
          </w:tcPr>
          <w:p>
            <w:r>
              <w:t>3.47%</w:t>
            </w:r>
          </w:p>
        </w:tc>
        <w:tc>
          <w:tcPr>
            <w:tcW w:type="dxa" w:w="1994"/>
          </w:tcPr>
          <w:p>
            <w:r>
              <w:t>+0.73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3.26%</w:t>
            </w:r>
          </w:p>
        </w:tc>
        <w:tc>
          <w:tcPr>
            <w:tcW w:type="dxa" w:w="1994"/>
          </w:tcPr>
          <w:p>
            <w:r>
              <w:t>-0.27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</w:tbl>
    <w:p/>
    <w:p>
      <w:pPr>
        <w:pStyle w:val="Heading1"/>
      </w:pPr>
      <w:r>
        <w:t>Task 16: research_report</w:t>
      </w:r>
    </w:p>
    <w:p>
      <w:r>
        <w:rPr>
          <w:i/>
          <w:sz w:val="20"/>
        </w:rPr>
        <w:t>宏分类：general    |    占总支出比例：1.59%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11.74%</w:t>
            </w:r>
          </w:p>
        </w:tc>
        <w:tc>
          <w:tcPr>
            <w:tcW w:type="dxa" w:w="1994"/>
          </w:tcPr>
          <w:p>
            <w:r>
              <w:t>+10.03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10.05%</w:t>
            </w:r>
          </w:p>
        </w:tc>
        <w:tc>
          <w:tcPr>
            <w:tcW w:type="dxa" w:w="1994"/>
          </w:tcPr>
          <w:p>
            <w:r>
              <w:t>+10.05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7.02%</w:t>
            </w:r>
          </w:p>
        </w:tc>
        <w:tc>
          <w:tcPr>
            <w:tcW w:type="dxa" w:w="1994"/>
          </w:tcPr>
          <w:p>
            <w:r>
              <w:t>-3.81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6.33%</w:t>
            </w:r>
          </w:p>
        </w:tc>
        <w:tc>
          <w:tcPr>
            <w:tcW w:type="dxa" w:w="1994"/>
          </w:tcPr>
          <w:p>
            <w:r>
              <w:t>-6.73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4.90%</w:t>
            </w:r>
          </w:p>
        </w:tc>
        <w:tc>
          <w:tcPr>
            <w:tcW w:type="dxa" w:w="1994"/>
          </w:tcPr>
          <w:p>
            <w:r>
              <w:t>-4.29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3.86%</w:t>
            </w:r>
          </w:p>
        </w:tc>
        <w:tc>
          <w:tcPr>
            <w:tcW w:type="dxa" w:w="1994"/>
          </w:tcPr>
          <w:p>
            <w:r>
              <w:t>+2.63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openai/gpt-6-astra-pro-20260903</w:t>
            </w:r>
          </w:p>
        </w:tc>
        <w:tc>
          <w:tcPr>
            <w:tcW w:type="dxa" w:w="1994"/>
          </w:tcPr>
          <w:p>
            <w:r>
              <w:t>3.22%</w:t>
            </w:r>
          </w:p>
        </w:tc>
        <w:tc>
          <w:tcPr>
            <w:tcW w:type="dxa" w:w="1994"/>
          </w:tcPr>
          <w:p>
            <w:r>
              <w:t>+2.64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google/gemini-3.8-flash-20260902</w:t>
            </w:r>
          </w:p>
        </w:tc>
        <w:tc>
          <w:tcPr>
            <w:tcW w:type="dxa" w:w="1994"/>
          </w:tcPr>
          <w:p>
            <w:r>
              <w:t>3.17%</w:t>
            </w:r>
          </w:p>
        </w:tc>
        <w:tc>
          <w:tcPr>
            <w:tcW w:type="dxa" w:w="1994"/>
          </w:tcPr>
          <w:p>
            <w:r>
              <w:t>+2.78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openai/gpt-5.6-terra-20260709</w:t>
            </w:r>
          </w:p>
        </w:tc>
        <w:tc>
          <w:tcPr>
            <w:tcW w:type="dxa" w:w="1994"/>
          </w:tcPr>
          <w:p>
            <w:r>
              <w:t>3.09%</w:t>
            </w:r>
          </w:p>
        </w:tc>
        <w:tc>
          <w:tcPr>
            <w:tcW w:type="dxa" w:w="1994"/>
          </w:tcPr>
          <w:p>
            <w:r>
              <w:t>-1.41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2.99%</w:t>
            </w:r>
          </w:p>
        </w:tc>
        <w:tc>
          <w:tcPr>
            <w:tcW w:type="dxa" w:w="1994"/>
          </w:tcPr>
          <w:p>
            <w:r>
              <w:t>-1.22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17: agent:tool_dispatch</w:t>
      </w:r>
    </w:p>
    <w:p>
      <w:r>
        <w:rPr>
          <w:i/>
          <w:sz w:val="20"/>
        </w:rPr>
        <w:t>宏分类：agent    |    占总支出比例：1.46%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19.46%</w:t>
            </w:r>
          </w:p>
        </w:tc>
        <w:tc>
          <w:tcPr>
            <w:tcW w:type="dxa" w:w="1994"/>
          </w:tcPr>
          <w:p>
            <w:r>
              <w:t>+17.85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7.40%</w:t>
            </w:r>
          </w:p>
        </w:tc>
        <w:tc>
          <w:tcPr>
            <w:tcW w:type="dxa" w:w="1994"/>
          </w:tcPr>
          <w:p>
            <w:r>
              <w:t>-0.18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7.16%</w:t>
            </w:r>
          </w:p>
        </w:tc>
        <w:tc>
          <w:tcPr>
            <w:tcW w:type="dxa" w:w="1994"/>
          </w:tcPr>
          <w:p>
            <w:r>
              <w:t>+7.16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openai/gpt-5.6-luna-20260709</w:t>
            </w:r>
          </w:p>
        </w:tc>
        <w:tc>
          <w:tcPr>
            <w:tcW w:type="dxa" w:w="1994"/>
          </w:tcPr>
          <w:p>
            <w:r>
              <w:t>5.28%</w:t>
            </w:r>
          </w:p>
        </w:tc>
        <w:tc>
          <w:tcPr>
            <w:tcW w:type="dxa" w:w="1994"/>
          </w:tcPr>
          <w:p>
            <w:r>
              <w:t>-3.67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4.17%</w:t>
            </w:r>
          </w:p>
        </w:tc>
        <w:tc>
          <w:tcPr>
            <w:tcW w:type="dxa" w:w="1994"/>
          </w:tcPr>
          <w:p>
            <w:r>
              <w:t>-3.41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4.06%</w:t>
            </w:r>
          </w:p>
        </w:tc>
        <w:tc>
          <w:tcPr>
            <w:tcW w:type="dxa" w:w="1994"/>
          </w:tcPr>
          <w:p>
            <w:r>
              <w:t>-4.33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3.95%</w:t>
            </w:r>
          </w:p>
        </w:tc>
        <w:tc>
          <w:tcPr>
            <w:tcW w:type="dxa" w:w="1994"/>
          </w:tcPr>
          <w:p>
            <w:r>
              <w:t>-0.79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3.56%</w:t>
            </w:r>
          </w:p>
        </w:tc>
        <w:tc>
          <w:tcPr>
            <w:tcW w:type="dxa" w:w="1994"/>
          </w:tcPr>
          <w:p>
            <w:r>
              <w:t>+1.24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3.38%</w:t>
            </w:r>
          </w:p>
        </w:tc>
        <w:tc>
          <w:tcPr>
            <w:tcW w:type="dxa" w:w="1994"/>
          </w:tcPr>
          <w:p>
            <w:r>
              <w:t>+3.38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2.62%</w:t>
            </w:r>
          </w:p>
        </w:tc>
        <w:tc>
          <w:tcPr>
            <w:tcW w:type="dxa" w:w="1994"/>
          </w:tcPr>
          <w:p>
            <w:r>
              <w:t>+1.57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</w:tbl>
    <w:p/>
    <w:p>
      <w:pPr>
        <w:pStyle w:val="Heading1"/>
      </w:pPr>
      <w:r>
        <w:t>Task 18: customer_support</w:t>
      </w:r>
    </w:p>
    <w:p>
      <w:r>
        <w:rPr>
          <w:i/>
          <w:sz w:val="20"/>
        </w:rPr>
        <w:t>宏分类：general    |    占总支出比例：1.35%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7.21%</w:t>
            </w:r>
          </w:p>
        </w:tc>
        <w:tc>
          <w:tcPr>
            <w:tcW w:type="dxa" w:w="1994"/>
          </w:tcPr>
          <w:p>
            <w:r>
              <w:t>-0.60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6.52%</w:t>
            </w:r>
          </w:p>
        </w:tc>
        <w:tc>
          <w:tcPr>
            <w:tcW w:type="dxa" w:w="1994"/>
          </w:tcPr>
          <w:p>
            <w:r>
              <w:t>-0.72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google/gemini-3-flash-preview-20251217</w:t>
            </w:r>
          </w:p>
        </w:tc>
        <w:tc>
          <w:tcPr>
            <w:tcW w:type="dxa" w:w="1994"/>
          </w:tcPr>
          <w:p>
            <w:r>
              <w:t>6.16%</w:t>
            </w:r>
          </w:p>
        </w:tc>
        <w:tc>
          <w:tcPr>
            <w:tcW w:type="dxa" w:w="1994"/>
          </w:tcPr>
          <w:p>
            <w:r>
              <w:t>-1.23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5.23%</w:t>
            </w:r>
          </w:p>
        </w:tc>
        <w:tc>
          <w:tcPr>
            <w:tcW w:type="dxa" w:w="1994"/>
          </w:tcPr>
          <w:p>
            <w:r>
              <w:t>+0.48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anthropic/claude-4.6-sonnet-20260217</w:t>
            </w:r>
          </w:p>
        </w:tc>
        <w:tc>
          <w:tcPr>
            <w:tcW w:type="dxa" w:w="1994"/>
          </w:tcPr>
          <w:p>
            <w:r>
              <w:t>4.70%</w:t>
            </w:r>
          </w:p>
        </w:tc>
        <w:tc>
          <w:tcPr>
            <w:tcW w:type="dxa" w:w="1994"/>
          </w:tcPr>
          <w:p>
            <w:r>
              <w:t>-1.10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google/gemini-2.5-flash</w:t>
            </w:r>
          </w:p>
        </w:tc>
        <w:tc>
          <w:tcPr>
            <w:tcW w:type="dxa" w:w="1994"/>
          </w:tcPr>
          <w:p>
            <w:r>
              <w:t>3.60%</w:t>
            </w:r>
          </w:p>
        </w:tc>
        <w:tc>
          <w:tcPr>
            <w:tcW w:type="dxa" w:w="1994"/>
          </w:tcPr>
          <w:p>
            <w:r>
              <w:t>-0.30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3.36%</w:t>
            </w:r>
          </w:p>
        </w:tc>
        <w:tc>
          <w:tcPr>
            <w:tcW w:type="dxa" w:w="1994"/>
          </w:tcPr>
          <w:p>
            <w:r>
              <w:t>+2.39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google/gemini-3.8-flash-20260902</w:t>
            </w:r>
          </w:p>
        </w:tc>
        <w:tc>
          <w:tcPr>
            <w:tcW w:type="dxa" w:w="1994"/>
          </w:tcPr>
          <w:p>
            <w:r>
              <w:t>3.11%</w:t>
            </w:r>
          </w:p>
        </w:tc>
        <w:tc>
          <w:tcPr>
            <w:tcW w:type="dxa" w:w="1994"/>
          </w:tcPr>
          <w:p>
            <w:r>
              <w:t>+2.71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anthropic/claude-4.5-haiku-20251001</w:t>
            </w:r>
          </w:p>
        </w:tc>
        <w:tc>
          <w:tcPr>
            <w:tcW w:type="dxa" w:w="1994"/>
          </w:tcPr>
          <w:p>
            <w:r>
              <w:t>2.65%</w:t>
            </w:r>
          </w:p>
        </w:tc>
        <w:tc>
          <w:tcPr>
            <w:tcW w:type="dxa" w:w="1994"/>
          </w:tcPr>
          <w:p>
            <w:r>
              <w:t>-0.43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openai/gpt-5.6-luna-20260709</w:t>
            </w:r>
          </w:p>
        </w:tc>
        <w:tc>
          <w:tcPr>
            <w:tcW w:type="dxa" w:w="1994"/>
          </w:tcPr>
          <w:p>
            <w:r>
              <w:t>2.62%</w:t>
            </w:r>
          </w:p>
        </w:tc>
        <w:tc>
          <w:tcPr>
            <w:tcW w:type="dxa" w:w="1994"/>
          </w:tcPr>
          <w:p>
            <w:r>
              <w:t>+0.11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19: summarization</w:t>
      </w:r>
    </w:p>
    <w:p>
      <w:r>
        <w:rPr>
          <w:i/>
          <w:sz w:val="20"/>
        </w:rPr>
        <w:t>宏分类：general    |    占总支出比例：1.21%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10.34%</w:t>
            </w:r>
          </w:p>
        </w:tc>
        <w:tc>
          <w:tcPr>
            <w:tcW w:type="dxa" w:w="1994"/>
          </w:tcPr>
          <w:p>
            <w:r>
              <w:t>+9.97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5.21%</w:t>
            </w:r>
          </w:p>
        </w:tc>
        <w:tc>
          <w:tcPr>
            <w:tcW w:type="dxa" w:w="1994"/>
          </w:tcPr>
          <w:p>
            <w:r>
              <w:t>+5.21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5.17%</w:t>
            </w:r>
          </w:p>
        </w:tc>
        <w:tc>
          <w:tcPr>
            <w:tcW w:type="dxa" w:w="1994"/>
          </w:tcPr>
          <w:p>
            <w:r>
              <w:t>-2.94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4.24%</w:t>
            </w:r>
          </w:p>
        </w:tc>
        <w:tc>
          <w:tcPr>
            <w:tcW w:type="dxa" w:w="1994"/>
          </w:tcPr>
          <w:p>
            <w:r>
              <w:t>-0.40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openai/gpt-5.6-luna-20260709</w:t>
            </w:r>
          </w:p>
        </w:tc>
        <w:tc>
          <w:tcPr>
            <w:tcW w:type="dxa" w:w="1994"/>
          </w:tcPr>
          <w:p>
            <w:r>
              <w:t>4.13%</w:t>
            </w:r>
          </w:p>
        </w:tc>
        <w:tc>
          <w:tcPr>
            <w:tcW w:type="dxa" w:w="1994"/>
          </w:tcPr>
          <w:p>
            <w:r>
              <w:t>-1.77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3.62%</w:t>
            </w:r>
          </w:p>
        </w:tc>
        <w:tc>
          <w:tcPr>
            <w:tcW w:type="dxa" w:w="1994"/>
          </w:tcPr>
          <w:p>
            <w:r>
              <w:t>-4.34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3.28%</w:t>
            </w:r>
          </w:p>
        </w:tc>
        <w:tc>
          <w:tcPr>
            <w:tcW w:type="dxa" w:w="1994"/>
          </w:tcPr>
          <w:p>
            <w:r>
              <w:t>+3.28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anthropic/claude-4.6-sonnet-20260217</w:t>
            </w:r>
          </w:p>
        </w:tc>
        <w:tc>
          <w:tcPr>
            <w:tcW w:type="dxa" w:w="1994"/>
          </w:tcPr>
          <w:p>
            <w:r>
              <w:t>3.07%</w:t>
            </w:r>
          </w:p>
        </w:tc>
        <w:tc>
          <w:tcPr>
            <w:tcW w:type="dxa" w:w="1994"/>
          </w:tcPr>
          <w:p>
            <w:r>
              <w:t>-0.69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2.92%</w:t>
            </w:r>
          </w:p>
        </w:tc>
        <w:tc>
          <w:tcPr>
            <w:tcW w:type="dxa" w:w="1994"/>
          </w:tcPr>
          <w:p>
            <w:r>
              <w:t>-1.54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google/gemini-3.8-flash-20260902</w:t>
            </w:r>
          </w:p>
        </w:tc>
        <w:tc>
          <w:tcPr>
            <w:tcW w:type="dxa" w:w="1994"/>
          </w:tcPr>
          <w:p>
            <w:r>
              <w:t>2.75%</w:t>
            </w:r>
          </w:p>
        </w:tc>
        <w:tc>
          <w:tcPr>
            <w:tcW w:type="dxa" w:w="1994"/>
          </w:tcPr>
          <w:p>
            <w:r>
              <w:t>+2.33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20: code:repo_scan</w:t>
      </w:r>
    </w:p>
    <w:p>
      <w:r>
        <w:rPr>
          <w:i/>
          <w:sz w:val="20"/>
        </w:rPr>
        <w:t>宏分类：code    |    占总支出比例：1.19%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24.27%</w:t>
            </w:r>
          </w:p>
        </w:tc>
        <w:tc>
          <w:tcPr>
            <w:tcW w:type="dxa" w:w="1994"/>
          </w:tcPr>
          <w:p>
            <w:r>
              <w:t>+19.54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9.14%</w:t>
            </w:r>
          </w:p>
        </w:tc>
        <w:tc>
          <w:tcPr>
            <w:tcW w:type="dxa" w:w="1994"/>
          </w:tcPr>
          <w:p>
            <w:r>
              <w:t>-8.08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7.64%</w:t>
            </w:r>
          </w:p>
        </w:tc>
        <w:tc>
          <w:tcPr>
            <w:tcW w:type="dxa" w:w="1994"/>
          </w:tcPr>
          <w:p>
            <w:r>
              <w:t>-6.54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6.50%</w:t>
            </w:r>
          </w:p>
        </w:tc>
        <w:tc>
          <w:tcPr>
            <w:tcW w:type="dxa" w:w="1994"/>
          </w:tcPr>
          <w:p>
            <w:r>
              <w:t>+6.50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4.99%</w:t>
            </w:r>
          </w:p>
        </w:tc>
        <w:tc>
          <w:tcPr>
            <w:tcW w:type="dxa" w:w="1994"/>
          </w:tcPr>
          <w:p>
            <w:r>
              <w:t>+1.33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4.67%</w:t>
            </w:r>
          </w:p>
        </w:tc>
        <w:tc>
          <w:tcPr>
            <w:tcW w:type="dxa" w:w="1994"/>
          </w:tcPr>
          <w:p>
            <w:r>
              <w:t>+4.67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4.50%</w:t>
            </w:r>
          </w:p>
        </w:tc>
        <w:tc>
          <w:tcPr>
            <w:tcW w:type="dxa" w:w="1994"/>
          </w:tcPr>
          <w:p>
            <w:r>
              <w:t>-3.60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3.20%</w:t>
            </w:r>
          </w:p>
        </w:tc>
        <w:tc>
          <w:tcPr>
            <w:tcW w:type="dxa" w:w="1994"/>
          </w:tcPr>
          <w:p>
            <w:r>
              <w:t>-1.50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3.01%</w:t>
            </w:r>
          </w:p>
        </w:tc>
        <w:tc>
          <w:tcPr>
            <w:tcW w:type="dxa" w:w="1994"/>
          </w:tcPr>
          <w:p>
            <w:r>
              <w:t>+1.55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2.66%</w:t>
            </w:r>
          </w:p>
        </w:tc>
        <w:tc>
          <w:tcPr>
            <w:tcW w:type="dxa" w:w="1994"/>
          </w:tcPr>
          <w:p>
            <w:r>
              <w:t>+0.32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</w:tbl>
    <w:p/>
    <w:p>
      <w:pPr>
        <w:pStyle w:val="Heading1"/>
      </w:pPr>
      <w:r>
        <w:t>Task 21: agent:web_search</w:t>
      </w:r>
    </w:p>
    <w:p>
      <w:r>
        <w:rPr>
          <w:i/>
          <w:sz w:val="20"/>
        </w:rPr>
        <w:t>宏分类：agent    |    占总支出比例：1.14%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10.14%</w:t>
            </w:r>
          </w:p>
        </w:tc>
        <w:tc>
          <w:tcPr>
            <w:tcW w:type="dxa" w:w="1994"/>
          </w:tcPr>
          <w:p>
            <w:r>
              <w:t>+8.68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6.68%</w:t>
            </w:r>
          </w:p>
        </w:tc>
        <w:tc>
          <w:tcPr>
            <w:tcW w:type="dxa" w:w="1994"/>
          </w:tcPr>
          <w:p>
            <w:r>
              <w:t>-5.83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openai/gpt-5.6-terra-20260709</w:t>
            </w:r>
          </w:p>
        </w:tc>
        <w:tc>
          <w:tcPr>
            <w:tcW w:type="dxa" w:w="1994"/>
          </w:tcPr>
          <w:p>
            <w:r>
              <w:t>4.63%</w:t>
            </w:r>
          </w:p>
        </w:tc>
        <w:tc>
          <w:tcPr>
            <w:tcW w:type="dxa" w:w="1994"/>
          </w:tcPr>
          <w:p>
            <w:r>
              <w:t>-2.05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4.62%</w:t>
            </w:r>
          </w:p>
        </w:tc>
        <w:tc>
          <w:tcPr>
            <w:tcW w:type="dxa" w:w="1994"/>
          </w:tcPr>
          <w:p>
            <w:r>
              <w:t>+4.62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4.37%</w:t>
            </w:r>
          </w:p>
        </w:tc>
        <w:tc>
          <w:tcPr>
            <w:tcW w:type="dxa" w:w="1994"/>
          </w:tcPr>
          <w:p>
            <w:r>
              <w:t>-5.66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3.93%</w:t>
            </w:r>
          </w:p>
        </w:tc>
        <w:tc>
          <w:tcPr>
            <w:tcW w:type="dxa" w:w="1994"/>
          </w:tcPr>
          <w:p>
            <w:r>
              <w:t>-2.01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3.84%</w:t>
            </w:r>
          </w:p>
        </w:tc>
        <w:tc>
          <w:tcPr>
            <w:tcW w:type="dxa" w:w="1994"/>
          </w:tcPr>
          <w:p>
            <w:r>
              <w:t>-3.71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3.61%</w:t>
            </w:r>
          </w:p>
        </w:tc>
        <w:tc>
          <w:tcPr>
            <w:tcW w:type="dxa" w:w="1994"/>
          </w:tcPr>
          <w:p>
            <w:r>
              <w:t>+2.71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anthropic/claude-4.8-opus-20260528</w:t>
            </w:r>
          </w:p>
        </w:tc>
        <w:tc>
          <w:tcPr>
            <w:tcW w:type="dxa" w:w="1994"/>
          </w:tcPr>
          <w:p>
            <w:r>
              <w:t>3.09%</w:t>
            </w:r>
          </w:p>
        </w:tc>
        <w:tc>
          <w:tcPr>
            <w:tcW w:type="dxa" w:w="1994"/>
          </w:tcPr>
          <w:p>
            <w:r>
              <w:t>+1.28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openai/gpt-6-sol-20260922</w:t>
            </w:r>
          </w:p>
        </w:tc>
        <w:tc>
          <w:tcPr>
            <w:tcW w:type="dxa" w:w="1994"/>
          </w:tcPr>
          <w:p>
            <w:r>
              <w:t>3.08%</w:t>
            </w:r>
          </w:p>
        </w:tc>
        <w:tc>
          <w:tcPr>
            <w:tcW w:type="dxa" w:w="1994"/>
          </w:tcPr>
          <w:p>
            <w:r>
              <w:t>+3.08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</w:tbl>
    <w:p/>
    <w:p>
      <w:pPr>
        <w:pStyle w:val="Heading1"/>
      </w:pPr>
      <w:r>
        <w:t>Task 22: security_audit</w:t>
      </w:r>
    </w:p>
    <w:p>
      <w:r>
        <w:rPr>
          <w:i/>
          <w:sz w:val="20"/>
        </w:rPr>
        <w:t>宏分类：general    |    占总支出比例：0.75%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28.96%</w:t>
            </w:r>
          </w:p>
        </w:tc>
        <w:tc>
          <w:tcPr>
            <w:tcW w:type="dxa" w:w="1994"/>
          </w:tcPr>
          <w:p>
            <w:r>
              <w:t>+15.44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10.57%</w:t>
            </w:r>
          </w:p>
        </w:tc>
        <w:tc>
          <w:tcPr>
            <w:tcW w:type="dxa" w:w="1994"/>
          </w:tcPr>
          <w:p>
            <w:r>
              <w:t>-8.89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10.01%</w:t>
            </w:r>
          </w:p>
        </w:tc>
        <w:tc>
          <w:tcPr>
            <w:tcW w:type="dxa" w:w="1994"/>
          </w:tcPr>
          <w:p>
            <w:r>
              <w:t>+10.01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3.49%</w:t>
            </w:r>
          </w:p>
        </w:tc>
        <w:tc>
          <w:tcPr>
            <w:tcW w:type="dxa" w:w="1994"/>
          </w:tcPr>
          <w:p>
            <w:r>
              <w:t>-1.04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x-ai/grok-4.7-20260916</w:t>
            </w:r>
          </w:p>
        </w:tc>
        <w:tc>
          <w:tcPr>
            <w:tcW w:type="dxa" w:w="1994"/>
          </w:tcPr>
          <w:p>
            <w:r>
              <w:t>3.15%</w:t>
            </w:r>
          </w:p>
        </w:tc>
        <w:tc>
          <w:tcPr>
            <w:tcW w:type="dxa" w:w="1994"/>
          </w:tcPr>
          <w:p>
            <w:r>
              <w:t>+3.15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z-ai/glm-5.2-20260616</w:t>
            </w:r>
          </w:p>
        </w:tc>
        <w:tc>
          <w:tcPr>
            <w:tcW w:type="dxa" w:w="1994"/>
          </w:tcPr>
          <w:p>
            <w:r>
              <w:t>2.89%</w:t>
            </w:r>
          </w:p>
        </w:tc>
        <w:tc>
          <w:tcPr>
            <w:tcW w:type="dxa" w:w="1994"/>
          </w:tcPr>
          <w:p>
            <w:r>
              <w:t>-4.29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anthropic/claude-4.8-opus-20260528</w:t>
            </w:r>
          </w:p>
        </w:tc>
        <w:tc>
          <w:tcPr>
            <w:tcW w:type="dxa" w:w="1994"/>
          </w:tcPr>
          <w:p>
            <w:r>
              <w:t>2.80%</w:t>
            </w:r>
          </w:p>
        </w:tc>
        <w:tc>
          <w:tcPr>
            <w:tcW w:type="dxa" w:w="1994"/>
          </w:tcPr>
          <w:p>
            <w:r>
              <w:t>-4.92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2.67%</w:t>
            </w:r>
          </w:p>
        </w:tc>
        <w:tc>
          <w:tcPr>
            <w:tcW w:type="dxa" w:w="1994"/>
          </w:tcPr>
          <w:p>
            <w:r>
              <w:t>+1.67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z-ai/glm-5.3-prime-20260921</w:t>
            </w:r>
          </w:p>
        </w:tc>
        <w:tc>
          <w:tcPr>
            <w:tcW w:type="dxa" w:w="1994"/>
          </w:tcPr>
          <w:p>
            <w:r>
              <w:t>2.46%</w:t>
            </w:r>
          </w:p>
        </w:tc>
        <w:tc>
          <w:tcPr>
            <w:tcW w:type="dxa" w:w="1994"/>
          </w:tcPr>
          <w:p>
            <w:r>
              <w:t>+2.46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anthropic/claude-4.6-opus-20260205</w:t>
            </w:r>
          </w:p>
        </w:tc>
        <w:tc>
          <w:tcPr>
            <w:tcW w:type="dxa" w:w="1994"/>
          </w:tcPr>
          <w:p>
            <w:r>
              <w:t>2.13%</w:t>
            </w:r>
          </w:p>
        </w:tc>
        <w:tc>
          <w:tcPr>
            <w:tcW w:type="dxa" w:w="1994"/>
          </w:tcPr>
          <w:p>
            <w:r>
              <w:t>-0.52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23: math</w:t>
      </w:r>
    </w:p>
    <w:p>
      <w:r>
        <w:rPr>
          <w:i/>
          <w:sz w:val="20"/>
        </w:rPr>
        <w:t>宏分类：general    |    占总支出比例：0.68%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9.67%</w:t>
            </w:r>
          </w:p>
        </w:tc>
        <w:tc>
          <w:tcPr>
            <w:tcW w:type="dxa" w:w="1994"/>
          </w:tcPr>
          <w:p>
            <w:r>
              <w:t>+9.08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8.63%</w:t>
            </w:r>
          </w:p>
        </w:tc>
        <w:tc>
          <w:tcPr>
            <w:tcW w:type="dxa" w:w="1994"/>
          </w:tcPr>
          <w:p>
            <w:r>
              <w:t>-5.02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7.21%</w:t>
            </w:r>
          </w:p>
        </w:tc>
        <w:tc>
          <w:tcPr>
            <w:tcW w:type="dxa" w:w="1994"/>
          </w:tcPr>
          <w:p>
            <w:r>
              <w:t>-16.00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5.82%</w:t>
            </w:r>
          </w:p>
        </w:tc>
        <w:tc>
          <w:tcPr>
            <w:tcW w:type="dxa" w:w="1994"/>
          </w:tcPr>
          <w:p>
            <w:r>
              <w:t>+5.24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5.74%</w:t>
            </w:r>
          </w:p>
        </w:tc>
        <w:tc>
          <w:tcPr>
            <w:tcW w:type="dxa" w:w="1994"/>
          </w:tcPr>
          <w:p>
            <w:r>
              <w:t>-1.98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anthropic/claude-4.8-opus-20260528</w:t>
            </w:r>
          </w:p>
        </w:tc>
        <w:tc>
          <w:tcPr>
            <w:tcW w:type="dxa" w:w="1994"/>
          </w:tcPr>
          <w:p>
            <w:r>
              <w:t>5.08%</w:t>
            </w:r>
          </w:p>
        </w:tc>
        <w:tc>
          <w:tcPr>
            <w:tcW w:type="dxa" w:w="1994"/>
          </w:tcPr>
          <w:p>
            <w:r>
              <w:t>+2.54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4.85%</w:t>
            </w:r>
          </w:p>
        </w:tc>
        <w:tc>
          <w:tcPr>
            <w:tcW w:type="dxa" w:w="1994"/>
          </w:tcPr>
          <w:p>
            <w:r>
              <w:t>+4.85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4.69%</w:t>
            </w:r>
          </w:p>
        </w:tc>
        <w:tc>
          <w:tcPr>
            <w:tcW w:type="dxa" w:w="1994"/>
          </w:tcPr>
          <w:p>
            <w:r>
              <w:t>+4.69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openai/gpt-6-astra-pro-20260903</w:t>
            </w:r>
          </w:p>
        </w:tc>
        <w:tc>
          <w:tcPr>
            <w:tcW w:type="dxa" w:w="1994"/>
          </w:tcPr>
          <w:p>
            <w:r>
              <w:t>2.78%</w:t>
            </w:r>
          </w:p>
        </w:tc>
        <w:tc>
          <w:tcPr>
            <w:tcW w:type="dxa" w:w="1994"/>
          </w:tcPr>
          <w:p>
            <w:r>
              <w:t>+2.68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deepseek/deepseek-v4-flash-20260731</w:t>
            </w:r>
          </w:p>
        </w:tc>
        <w:tc>
          <w:tcPr>
            <w:tcW w:type="dxa" w:w="1994"/>
          </w:tcPr>
          <w:p>
            <w:r>
              <w:t>2.71%</w:t>
            </w:r>
          </w:p>
        </w:tc>
        <w:tc>
          <w:tcPr>
            <w:tcW w:type="dxa" w:w="1994"/>
          </w:tcPr>
          <w:p>
            <w:r>
              <w:t>-0.13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24: agent:memory_extraction</w:t>
      </w:r>
    </w:p>
    <w:p>
      <w:r>
        <w:rPr>
          <w:i/>
          <w:sz w:val="20"/>
        </w:rPr>
        <w:t>宏分类：agent    |    占总支出比例：0.61%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10.33%</w:t>
            </w:r>
          </w:p>
        </w:tc>
        <w:tc>
          <w:tcPr>
            <w:tcW w:type="dxa" w:w="1994"/>
          </w:tcPr>
          <w:p>
            <w:r>
              <w:t>+8.69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5.77%</w:t>
            </w:r>
          </w:p>
        </w:tc>
        <w:tc>
          <w:tcPr>
            <w:tcW w:type="dxa" w:w="1994"/>
          </w:tcPr>
          <w:p>
            <w:r>
              <w:t>+5.77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5.33%</w:t>
            </w:r>
          </w:p>
        </w:tc>
        <w:tc>
          <w:tcPr>
            <w:tcW w:type="dxa" w:w="1994"/>
          </w:tcPr>
          <w:p>
            <w:r>
              <w:t>+5.33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5.16%</w:t>
            </w:r>
          </w:p>
        </w:tc>
        <w:tc>
          <w:tcPr>
            <w:tcW w:type="dxa" w:w="1994"/>
          </w:tcPr>
          <w:p>
            <w:r>
              <w:t>-2.67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4.18%</w:t>
            </w:r>
          </w:p>
        </w:tc>
        <w:tc>
          <w:tcPr>
            <w:tcW w:type="dxa" w:w="1994"/>
          </w:tcPr>
          <w:p>
            <w:r>
              <w:t>+2.43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4.04%</w:t>
            </w:r>
          </w:p>
        </w:tc>
        <w:tc>
          <w:tcPr>
            <w:tcW w:type="dxa" w:w="1994"/>
          </w:tcPr>
          <w:p>
            <w:r>
              <w:t>-1.02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4.02%</w:t>
            </w:r>
          </w:p>
        </w:tc>
        <w:tc>
          <w:tcPr>
            <w:tcW w:type="dxa" w:w="1994"/>
          </w:tcPr>
          <w:p>
            <w:r>
              <w:t>+2.77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3.72%</w:t>
            </w:r>
          </w:p>
        </w:tc>
        <w:tc>
          <w:tcPr>
            <w:tcW w:type="dxa" w:w="1994"/>
          </w:tcPr>
          <w:p>
            <w:r>
              <w:t>-1.67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deepseek/deepseek-v4-flash-20260731</w:t>
            </w:r>
          </w:p>
        </w:tc>
        <w:tc>
          <w:tcPr>
            <w:tcW w:type="dxa" w:w="1994"/>
          </w:tcPr>
          <w:p>
            <w:r>
              <w:t>3.68%</w:t>
            </w:r>
          </w:p>
        </w:tc>
        <w:tc>
          <w:tcPr>
            <w:tcW w:type="dxa" w:w="1994"/>
          </w:tcPr>
          <w:p>
            <w:r>
              <w:t>-1.73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3.55%</w:t>
            </w:r>
          </w:p>
        </w:tc>
        <w:tc>
          <w:tcPr>
            <w:tcW w:type="dxa" w:w="1994"/>
          </w:tcPr>
          <w:p>
            <w:r>
              <w:t>+0.36 pp</w:t>
            </w:r>
          </w:p>
        </w:tc>
        <w:tc>
          <w:tcPr>
            <w:tcW w:type="dxa" w:w="1994"/>
          </w:tcPr>
          <w:p>
            <w:r>
              <w:t>agent</w:t>
            </w:r>
          </w:p>
        </w:tc>
      </w:tr>
    </w:tbl>
    <w:p/>
    <w:p>
      <w:pPr>
        <w:pStyle w:val="Heading1"/>
      </w:pPr>
      <w:r>
        <w:t>Task 25: code:devops_config</w:t>
      </w:r>
    </w:p>
    <w:p>
      <w:r>
        <w:rPr>
          <w:i/>
          <w:sz w:val="20"/>
        </w:rPr>
        <w:t>宏分类：code    |    占总支出比例：0.54%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25.91%</w:t>
            </w:r>
          </w:p>
        </w:tc>
        <w:tc>
          <w:tcPr>
            <w:tcW w:type="dxa" w:w="1994"/>
          </w:tcPr>
          <w:p>
            <w:r>
              <w:t>+18.18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9.66%</w:t>
            </w:r>
          </w:p>
        </w:tc>
        <w:tc>
          <w:tcPr>
            <w:tcW w:type="dxa" w:w="1994"/>
          </w:tcPr>
          <w:p>
            <w:r>
              <w:t>+5.99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7.00%</w:t>
            </w:r>
          </w:p>
        </w:tc>
        <w:tc>
          <w:tcPr>
            <w:tcW w:type="dxa" w:w="1994"/>
          </w:tcPr>
          <w:p>
            <w:r>
              <w:t>+2.51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6.93%</w:t>
            </w:r>
          </w:p>
        </w:tc>
        <w:tc>
          <w:tcPr>
            <w:tcW w:type="dxa" w:w="1994"/>
          </w:tcPr>
          <w:p>
            <w:r>
              <w:t>+5.47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6.11%</w:t>
            </w:r>
          </w:p>
        </w:tc>
        <w:tc>
          <w:tcPr>
            <w:tcW w:type="dxa" w:w="1994"/>
          </w:tcPr>
          <w:p>
            <w:r>
              <w:t>+6.11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5.89%</w:t>
            </w:r>
          </w:p>
        </w:tc>
        <w:tc>
          <w:tcPr>
            <w:tcW w:type="dxa" w:w="1994"/>
          </w:tcPr>
          <w:p>
            <w:r>
              <w:t>+5.89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5.27%</w:t>
            </w:r>
          </w:p>
        </w:tc>
        <w:tc>
          <w:tcPr>
            <w:tcW w:type="dxa" w:w="1994"/>
          </w:tcPr>
          <w:p>
            <w:r>
              <w:t>+4.07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openai/gpt-5.6-luna-20260709</w:t>
            </w:r>
          </w:p>
        </w:tc>
        <w:tc>
          <w:tcPr>
            <w:tcW w:type="dxa" w:w="1994"/>
          </w:tcPr>
          <w:p>
            <w:r>
              <w:t>3.66%</w:t>
            </w:r>
          </w:p>
        </w:tc>
        <w:tc>
          <w:tcPr>
            <w:tcW w:type="dxa" w:w="1994"/>
          </w:tcPr>
          <w:p>
            <w:r>
              <w:t>-1.84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3.35%</w:t>
            </w:r>
          </w:p>
        </w:tc>
        <w:tc>
          <w:tcPr>
            <w:tcW w:type="dxa" w:w="1994"/>
          </w:tcPr>
          <w:p>
            <w:r>
              <w:t>-7.89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3.02%</w:t>
            </w:r>
          </w:p>
        </w:tc>
        <w:tc>
          <w:tcPr>
            <w:tcW w:type="dxa" w:w="1994"/>
          </w:tcPr>
          <w:p>
            <w:r>
              <w:t>-17.84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</w:tbl>
    <w:p/>
    <w:p>
      <w:pPr>
        <w:pStyle w:val="Heading1"/>
      </w:pPr>
      <w:r>
        <w:t>Task 26: finance_trading</w:t>
      </w:r>
    </w:p>
    <w:p>
      <w:r>
        <w:rPr>
          <w:i/>
          <w:sz w:val="20"/>
        </w:rPr>
        <w:t>宏分类：general    |    占总支出比例：0.53%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z-ai/glm-5.2-20260616</w:t>
            </w:r>
          </w:p>
        </w:tc>
        <w:tc>
          <w:tcPr>
            <w:tcW w:type="dxa" w:w="1994"/>
          </w:tcPr>
          <w:p>
            <w:r>
              <w:t>7.13%</w:t>
            </w:r>
          </w:p>
        </w:tc>
        <w:tc>
          <w:tcPr>
            <w:tcW w:type="dxa" w:w="1994"/>
          </w:tcPr>
          <w:p>
            <w:r>
              <w:t>+3.62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5.95%</w:t>
            </w:r>
          </w:p>
        </w:tc>
        <w:tc>
          <w:tcPr>
            <w:tcW w:type="dxa" w:w="1994"/>
          </w:tcPr>
          <w:p>
            <w:r>
              <w:t>-1.82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5.91%</w:t>
            </w:r>
          </w:p>
        </w:tc>
        <w:tc>
          <w:tcPr>
            <w:tcW w:type="dxa" w:w="1994"/>
          </w:tcPr>
          <w:p>
            <w:r>
              <w:t>+5.91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5.54%</w:t>
            </w:r>
          </w:p>
        </w:tc>
        <w:tc>
          <w:tcPr>
            <w:tcW w:type="dxa" w:w="1994"/>
          </w:tcPr>
          <w:p>
            <w:r>
              <w:t>-0.67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5.34%</w:t>
            </w:r>
          </w:p>
        </w:tc>
        <w:tc>
          <w:tcPr>
            <w:tcW w:type="dxa" w:w="1994"/>
          </w:tcPr>
          <w:p>
            <w:r>
              <w:t>+4.16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4.97%</w:t>
            </w:r>
          </w:p>
        </w:tc>
        <w:tc>
          <w:tcPr>
            <w:tcW w:type="dxa" w:w="1994"/>
          </w:tcPr>
          <w:p>
            <w:r>
              <w:t>-6.60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4.34%</w:t>
            </w:r>
          </w:p>
        </w:tc>
        <w:tc>
          <w:tcPr>
            <w:tcW w:type="dxa" w:w="1994"/>
          </w:tcPr>
          <w:p>
            <w:r>
              <w:t>+0.01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anthropic/claude-4.8-opus-20260528</w:t>
            </w:r>
          </w:p>
        </w:tc>
        <w:tc>
          <w:tcPr>
            <w:tcW w:type="dxa" w:w="1994"/>
          </w:tcPr>
          <w:p>
            <w:r>
              <w:t>4.10%</w:t>
            </w:r>
          </w:p>
        </w:tc>
        <w:tc>
          <w:tcPr>
            <w:tcW w:type="dxa" w:w="1994"/>
          </w:tcPr>
          <w:p>
            <w:r>
              <w:t>-0.71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openai/gpt-6-astra-pro-20260903</w:t>
            </w:r>
          </w:p>
        </w:tc>
        <w:tc>
          <w:tcPr>
            <w:tcW w:type="dxa" w:w="1994"/>
          </w:tcPr>
          <w:p>
            <w:r>
              <w:t>3.70%</w:t>
            </w:r>
          </w:p>
        </w:tc>
        <w:tc>
          <w:tcPr>
            <w:tcW w:type="dxa" w:w="1994"/>
          </w:tcPr>
          <w:p>
            <w:r>
              <w:t>+3.39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3.49%</w:t>
            </w:r>
          </w:p>
        </w:tc>
        <w:tc>
          <w:tcPr>
            <w:tcW w:type="dxa" w:w="1994"/>
          </w:tcPr>
          <w:p>
            <w:r>
              <w:t>+0.33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27: translation</w:t>
      </w:r>
    </w:p>
    <w:p>
      <w:r>
        <w:rPr>
          <w:i/>
          <w:sz w:val="20"/>
        </w:rPr>
        <w:t>宏分类：general    |    占总支出比例：0.46%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16.51%</w:t>
            </w:r>
          </w:p>
        </w:tc>
        <w:tc>
          <w:tcPr>
            <w:tcW w:type="dxa" w:w="1994"/>
          </w:tcPr>
          <w:p>
            <w:r>
              <w:t>+16.32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openai/gpt-5.6-luna-20260709</w:t>
            </w:r>
          </w:p>
        </w:tc>
        <w:tc>
          <w:tcPr>
            <w:tcW w:type="dxa" w:w="1994"/>
          </w:tcPr>
          <w:p>
            <w:r>
              <w:t>10.97%</w:t>
            </w:r>
          </w:p>
        </w:tc>
        <w:tc>
          <w:tcPr>
            <w:tcW w:type="dxa" w:w="1994"/>
          </w:tcPr>
          <w:p>
            <w:r>
              <w:t>-6.29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7.00%</w:t>
            </w:r>
          </w:p>
        </w:tc>
        <w:tc>
          <w:tcPr>
            <w:tcW w:type="dxa" w:w="1994"/>
          </w:tcPr>
          <w:p>
            <w:r>
              <w:t>+4.14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3.52%</w:t>
            </w:r>
          </w:p>
        </w:tc>
        <w:tc>
          <w:tcPr>
            <w:tcW w:type="dxa" w:w="1994"/>
          </w:tcPr>
          <w:p>
            <w:r>
              <w:t>+2.11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3.23%</w:t>
            </w:r>
          </w:p>
        </w:tc>
        <w:tc>
          <w:tcPr>
            <w:tcW w:type="dxa" w:w="1994"/>
          </w:tcPr>
          <w:p>
            <w:r>
              <w:t>-1.08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google/gemini-3.8-flash-20260902</w:t>
            </w:r>
          </w:p>
        </w:tc>
        <w:tc>
          <w:tcPr>
            <w:tcW w:type="dxa" w:w="1994"/>
          </w:tcPr>
          <w:p>
            <w:r>
              <w:t>2.84%</w:t>
            </w:r>
          </w:p>
        </w:tc>
        <w:tc>
          <w:tcPr>
            <w:tcW w:type="dxa" w:w="1994"/>
          </w:tcPr>
          <w:p>
            <w:r>
              <w:t>+2.43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google/gemini-3.1-pro-preview-20260219</w:t>
            </w:r>
          </w:p>
        </w:tc>
        <w:tc>
          <w:tcPr>
            <w:tcW w:type="dxa" w:w="1994"/>
          </w:tcPr>
          <w:p>
            <w:r>
              <w:t>2.69%</w:t>
            </w:r>
          </w:p>
        </w:tc>
        <w:tc>
          <w:tcPr>
            <w:tcW w:type="dxa" w:w="1994"/>
          </w:tcPr>
          <w:p>
            <w:r>
              <w:t>-0.26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deepseek/deepseek-v4-flash-20260423</w:t>
            </w:r>
          </w:p>
        </w:tc>
        <w:tc>
          <w:tcPr>
            <w:tcW w:type="dxa" w:w="1994"/>
          </w:tcPr>
          <w:p>
            <w:r>
              <w:t>2.33%</w:t>
            </w:r>
          </w:p>
        </w:tc>
        <w:tc>
          <w:tcPr>
            <w:tcW w:type="dxa" w:w="1994"/>
          </w:tcPr>
          <w:p>
            <w:r>
              <w:t>-0.15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google/gemini-3.7-flash-20260813</w:t>
            </w:r>
          </w:p>
        </w:tc>
        <w:tc>
          <w:tcPr>
            <w:tcW w:type="dxa" w:w="1994"/>
          </w:tcPr>
          <w:p>
            <w:r>
              <w:t>2.26%</w:t>
            </w:r>
          </w:p>
        </w:tc>
        <w:tc>
          <w:tcPr>
            <w:tcW w:type="dxa" w:w="1994"/>
          </w:tcPr>
          <w:p>
            <w:r>
              <w:t>+0.34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2.19%</w:t>
            </w:r>
          </w:p>
        </w:tc>
        <w:tc>
          <w:tcPr>
            <w:tcW w:type="dxa" w:w="1994"/>
          </w:tcPr>
          <w:p>
            <w:r>
              <w:t>+2.19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p>
      <w:pPr>
        <w:pStyle w:val="Heading1"/>
      </w:pPr>
      <w:r>
        <w:t>Task 28: code:sql_database</w:t>
      </w:r>
    </w:p>
    <w:p>
      <w:r>
        <w:rPr>
          <w:i/>
          <w:sz w:val="20"/>
        </w:rPr>
        <w:t>宏分类：code    |    占总支出比例：0.33%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9.69%</w:t>
            </w:r>
          </w:p>
        </w:tc>
        <w:tc>
          <w:tcPr>
            <w:tcW w:type="dxa" w:w="1994"/>
          </w:tcPr>
          <w:p>
            <w:r>
              <w:t>+8.78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anthropic/claude-sonnet-5-20260630</w:t>
            </w:r>
          </w:p>
        </w:tc>
        <w:tc>
          <w:tcPr>
            <w:tcW w:type="dxa" w:w="1994"/>
          </w:tcPr>
          <w:p>
            <w:r>
              <w:t>5.88%</w:t>
            </w:r>
          </w:p>
        </w:tc>
        <w:tc>
          <w:tcPr>
            <w:tcW w:type="dxa" w:w="1994"/>
          </w:tcPr>
          <w:p>
            <w:r>
              <w:t>+1.04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5.77%</w:t>
            </w:r>
          </w:p>
        </w:tc>
        <w:tc>
          <w:tcPr>
            <w:tcW w:type="dxa" w:w="1994"/>
          </w:tcPr>
          <w:p>
            <w:r>
              <w:t>-18.75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5.75%</w:t>
            </w:r>
          </w:p>
        </w:tc>
        <w:tc>
          <w:tcPr>
            <w:tcW w:type="dxa" w:w="1994"/>
          </w:tcPr>
          <w:p>
            <w:r>
              <w:t>-3.51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5.28%</w:t>
            </w:r>
          </w:p>
        </w:tc>
        <w:tc>
          <w:tcPr>
            <w:tcW w:type="dxa" w:w="1994"/>
          </w:tcPr>
          <w:p>
            <w:r>
              <w:t>+2.34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4.61%</w:t>
            </w:r>
          </w:p>
        </w:tc>
        <w:tc>
          <w:tcPr>
            <w:tcW w:type="dxa" w:w="1994"/>
          </w:tcPr>
          <w:p>
            <w:r>
              <w:t>+4.61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4.57%</w:t>
            </w:r>
          </w:p>
        </w:tc>
        <w:tc>
          <w:tcPr>
            <w:tcW w:type="dxa" w:w="1994"/>
          </w:tcPr>
          <w:p>
            <w:r>
              <w:t>+0.29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4.38%</w:t>
            </w:r>
          </w:p>
        </w:tc>
        <w:tc>
          <w:tcPr>
            <w:tcW w:type="dxa" w:w="1994"/>
          </w:tcPr>
          <w:p>
            <w:r>
              <w:t>+3.96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4.15%</w:t>
            </w:r>
          </w:p>
        </w:tc>
        <w:tc>
          <w:tcPr>
            <w:tcW w:type="dxa" w:w="1994"/>
          </w:tcPr>
          <w:p>
            <w:r>
              <w:t>+4.15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anthropic/claude-4.8-opus-20260528</w:t>
            </w:r>
          </w:p>
        </w:tc>
        <w:tc>
          <w:tcPr>
            <w:tcW w:type="dxa" w:w="1994"/>
          </w:tcPr>
          <w:p>
            <w:r>
              <w:t>3.90%</w:t>
            </w:r>
          </w:p>
        </w:tc>
        <w:tc>
          <w:tcPr>
            <w:tcW w:type="dxa" w:w="1994"/>
          </w:tcPr>
          <w:p>
            <w:r>
              <w:t>+0.09 pp</w:t>
            </w:r>
          </w:p>
        </w:tc>
        <w:tc>
          <w:tcPr>
            <w:tcW w:type="dxa" w:w="1994"/>
          </w:tcPr>
          <w:p>
            <w:r>
              <w:t>code</w:t>
            </w:r>
          </w:p>
        </w:tc>
      </w:tr>
    </w:tbl>
    <w:p/>
    <w:p>
      <w:pPr>
        <w:pStyle w:val="Heading1"/>
      </w:pPr>
      <w:r>
        <w:t>Task 29: devops</w:t>
      </w:r>
    </w:p>
    <w:p>
      <w:r>
        <w:rPr>
          <w:i/>
          <w:sz w:val="20"/>
        </w:rPr>
        <w:t>宏分类：general    |    占总支出比例：0.30%    |    模型榜单长度：10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850"/>
        <w:gridCol w:w="4252"/>
        <w:gridCol w:w="1984"/>
        <w:gridCol w:w="2268"/>
        <w:gridCol w:w="1984"/>
      </w:tblGrid>
      <w:tr>
        <w:tc>
          <w:tcPr>
            <w:tcW w:type="dxa" w:w="199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Model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Share (within task)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Δ pp vs prior window</w:t>
            </w:r>
          </w:p>
        </w:tc>
        <w:tc>
          <w:tcPr>
            <w:tcW w:type="dxa" w:w="1994"/>
          </w:tcPr>
          <w:p>
            <w:r>
              <w:rPr>
                <w:b/>
              </w:rPr>
              <w:t>Macro Category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openai/gpt-6-astra-20260903</w:t>
            </w:r>
          </w:p>
        </w:tc>
        <w:tc>
          <w:tcPr>
            <w:tcW w:type="dxa" w:w="1994"/>
          </w:tcPr>
          <w:p>
            <w:r>
              <w:t>11.70%</w:t>
            </w:r>
          </w:p>
        </w:tc>
        <w:tc>
          <w:tcPr>
            <w:tcW w:type="dxa" w:w="1994"/>
          </w:tcPr>
          <w:p>
            <w:r>
              <w:t>+8.95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z-ai/glm-5.3-20260816</w:t>
            </w:r>
          </w:p>
        </w:tc>
        <w:tc>
          <w:tcPr>
            <w:tcW w:type="dxa" w:w="1994"/>
          </w:tcPr>
          <w:p>
            <w:r>
              <w:t>8.39%</w:t>
            </w:r>
          </w:p>
        </w:tc>
        <w:tc>
          <w:tcPr>
            <w:tcW w:type="dxa" w:w="1994"/>
          </w:tcPr>
          <w:p>
            <w:r>
              <w:t>+4.50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anthropic/claude-opus-5.5-20260921</w:t>
            </w:r>
          </w:p>
        </w:tc>
        <w:tc>
          <w:tcPr>
            <w:tcW w:type="dxa" w:w="1994"/>
          </w:tcPr>
          <w:p>
            <w:r>
              <w:t>7.40%</w:t>
            </w:r>
          </w:p>
        </w:tc>
        <w:tc>
          <w:tcPr>
            <w:tcW w:type="dxa" w:w="1994"/>
          </w:tcPr>
          <w:p>
            <w:r>
              <w:t>+7.40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anthropic/claude-opus-5-20260723</w:t>
            </w:r>
          </w:p>
        </w:tc>
        <w:tc>
          <w:tcPr>
            <w:tcW w:type="dxa" w:w="1994"/>
          </w:tcPr>
          <w:p>
            <w:r>
              <w:t>6.88%</w:t>
            </w:r>
          </w:p>
        </w:tc>
        <w:tc>
          <w:tcPr>
            <w:tcW w:type="dxa" w:w="1994"/>
          </w:tcPr>
          <w:p>
            <w:r>
              <w:t>-8.08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anthropic/claude-4.8-opus-20260528</w:t>
            </w:r>
          </w:p>
        </w:tc>
        <w:tc>
          <w:tcPr>
            <w:tcW w:type="dxa" w:w="1994"/>
          </w:tcPr>
          <w:p>
            <w:r>
              <w:t>6.56%</w:t>
            </w:r>
          </w:p>
        </w:tc>
        <w:tc>
          <w:tcPr>
            <w:tcW w:type="dxa" w:w="1994"/>
          </w:tcPr>
          <w:p>
            <w:r>
              <w:t>-0.42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moonshotai/kimi-k3-20260715</w:t>
            </w:r>
          </w:p>
        </w:tc>
        <w:tc>
          <w:tcPr>
            <w:tcW w:type="dxa" w:w="1994"/>
          </w:tcPr>
          <w:p>
            <w:r>
              <w:t>5.20%</w:t>
            </w:r>
          </w:p>
        </w:tc>
        <w:tc>
          <w:tcPr>
            <w:tcW w:type="dxa" w:w="1994"/>
          </w:tcPr>
          <w:p>
            <w:r>
              <w:t>-4.98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openai/gpt-5.6-sol-20260709</w:t>
            </w:r>
          </w:p>
        </w:tc>
        <w:tc>
          <w:tcPr>
            <w:tcW w:type="dxa" w:w="1994"/>
          </w:tcPr>
          <w:p>
            <w:r>
              <w:t>4.70%</w:t>
            </w:r>
          </w:p>
        </w:tc>
        <w:tc>
          <w:tcPr>
            <w:tcW w:type="dxa" w:w="1994"/>
          </w:tcPr>
          <w:p>
            <w:r>
              <w:t>-0.35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>
              <w:t>z-ai/glm-5.3-flash-20260826</w:t>
            </w:r>
          </w:p>
        </w:tc>
        <w:tc>
          <w:tcPr>
            <w:tcW w:type="dxa" w:w="1994"/>
          </w:tcPr>
          <w:p>
            <w:r>
              <w:t>4.70%</w:t>
            </w:r>
          </w:p>
        </w:tc>
        <w:tc>
          <w:tcPr>
            <w:tcW w:type="dxa" w:w="1994"/>
          </w:tcPr>
          <w:p>
            <w:r>
              <w:t>+2.71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>
              <w:t>deepseek/deepseek-v4.1-flash-20260910</w:t>
            </w:r>
          </w:p>
        </w:tc>
        <w:tc>
          <w:tcPr>
            <w:tcW w:type="dxa" w:w="1994"/>
          </w:tcPr>
          <w:p>
            <w:r>
              <w:t>4.67%</w:t>
            </w:r>
          </w:p>
        </w:tc>
        <w:tc>
          <w:tcPr>
            <w:tcW w:type="dxa" w:w="1994"/>
          </w:tcPr>
          <w:p>
            <w:r>
              <w:t>+4.67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>
              <w:t>anthropic/claude-fable-5.1-20260831</w:t>
            </w:r>
          </w:p>
        </w:tc>
        <w:tc>
          <w:tcPr>
            <w:tcW w:type="dxa" w:w="1994"/>
          </w:tcPr>
          <w:p>
            <w:r>
              <w:t>4.58%</w:t>
            </w:r>
          </w:p>
        </w:tc>
        <w:tc>
          <w:tcPr>
            <w:tcW w:type="dxa" w:w="1994"/>
          </w:tcPr>
          <w:p>
            <w:r>
              <w:t>+3.61 pp</w:t>
            </w:r>
          </w:p>
        </w:tc>
        <w:tc>
          <w:tcPr>
            <w:tcW w:type="dxa" w:w="1994"/>
          </w:tcPr>
          <w:p>
            <w:r>
              <w:t>general</w:t>
            </w:r>
          </w:p>
        </w:tc>
      </w:tr>
    </w:tbl>
    <w:p/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